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09475" w14:textId="2154C92D" w:rsidR="00977603" w:rsidRPr="004244F5" w:rsidRDefault="00977603" w:rsidP="00977603">
      <w:pPr>
        <w:rPr>
          <w:b/>
          <w:bCs/>
          <w:iCs/>
          <w:sz w:val="22"/>
          <w:szCs w:val="22"/>
        </w:rPr>
      </w:pPr>
      <w:r w:rsidRPr="004244F5">
        <w:rPr>
          <w:b/>
          <w:bCs/>
          <w:iCs/>
          <w:sz w:val="22"/>
          <w:szCs w:val="22"/>
        </w:rPr>
        <w:t>Anexa A.</w:t>
      </w:r>
    </w:p>
    <w:p w14:paraId="16AD2A13" w14:textId="6560CFCB" w:rsidR="00D36169" w:rsidRPr="004244F5" w:rsidRDefault="00D36169" w:rsidP="00D36169">
      <w:pPr>
        <w:spacing w:before="100" w:beforeAutospacing="1" w:after="100" w:afterAutospacing="1" w:line="240" w:lineRule="auto"/>
        <w:jc w:val="center"/>
        <w:outlineLvl w:val="0"/>
        <w:rPr>
          <w:rFonts w:eastAsia="SimSun"/>
          <w:b/>
          <w:bCs/>
          <w:color w:val="114166"/>
          <w:kern w:val="36"/>
          <w:sz w:val="36"/>
          <w:szCs w:val="36"/>
          <w:lang w:val="en-GB"/>
        </w:rPr>
      </w:pPr>
      <w:r w:rsidRPr="004244F5">
        <w:rPr>
          <w:rFonts w:eastAsia="SimSun"/>
          <w:b/>
          <w:bCs/>
          <w:color w:val="114166"/>
          <w:kern w:val="36"/>
          <w:sz w:val="36"/>
          <w:szCs w:val="36"/>
          <w:lang w:val="en-GB"/>
        </w:rPr>
        <w:t>FORMULAR DE APLICARE</w:t>
      </w:r>
    </w:p>
    <w:p w14:paraId="6D19A8D9" w14:textId="5017A558" w:rsidR="00FF22FB" w:rsidRPr="004244F5" w:rsidRDefault="2BD23FE7" w:rsidP="00FF22FB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114166"/>
          <w:sz w:val="28"/>
          <w:szCs w:val="28"/>
        </w:rPr>
      </w:pPr>
      <w:r w:rsidRPr="1D5CE823">
        <w:rPr>
          <w:b/>
          <w:bCs/>
          <w:color w:val="114166"/>
          <w:sz w:val="28"/>
          <w:szCs w:val="28"/>
        </w:rPr>
        <w:t xml:space="preserve">în cadrul apelului de exprimare a interesului </w:t>
      </w:r>
      <w:r w:rsidR="00FF22FB" w:rsidRPr="00FF22FB">
        <w:rPr>
          <w:b/>
          <w:bCs/>
          <w:color w:val="114166"/>
          <w:sz w:val="28"/>
          <w:szCs w:val="28"/>
        </w:rPr>
        <w:t>pentru dezvoltarea serviciilor sociale</w:t>
      </w:r>
      <w:r w:rsidR="002F18E7">
        <w:rPr>
          <w:b/>
          <w:bCs/>
          <w:color w:val="114166"/>
          <w:sz w:val="28"/>
          <w:szCs w:val="28"/>
        </w:rPr>
        <w:t xml:space="preserve"> </w:t>
      </w:r>
      <w:r w:rsidR="00FF22FB" w:rsidRPr="00FF22FB">
        <w:rPr>
          <w:b/>
          <w:bCs/>
          <w:color w:val="114166"/>
          <w:sz w:val="28"/>
          <w:szCs w:val="28"/>
        </w:rPr>
        <w:t>,,Casă comunitară”</w:t>
      </w:r>
    </w:p>
    <w:p w14:paraId="01454C76" w14:textId="77777777" w:rsidR="00D36169" w:rsidRPr="004244F5" w:rsidRDefault="00D36169" w:rsidP="00FF22FB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114166"/>
          <w:sz w:val="22"/>
        </w:rPr>
      </w:pPr>
    </w:p>
    <w:p w14:paraId="5A9305D6" w14:textId="683A4ED4" w:rsidR="00D36169" w:rsidRPr="004244F5" w:rsidRDefault="00D36169" w:rsidP="00D36169">
      <w:pPr>
        <w:rPr>
          <w:i/>
        </w:rPr>
      </w:pPr>
      <w:r w:rsidRPr="004244F5">
        <w:rPr>
          <w:i/>
        </w:rPr>
        <w:t>Vă rugăm să completați formularul de aplicare în întregime și să îl trimiteți împreună cu celelalte documente</w:t>
      </w:r>
      <w:r w:rsidR="00417698">
        <w:rPr>
          <w:i/>
        </w:rPr>
        <w:t>,</w:t>
      </w:r>
      <w:r w:rsidRPr="004244F5">
        <w:rPr>
          <w:i/>
        </w:rPr>
        <w:t xml:space="preserve"> parte a dosarului </w:t>
      </w:r>
      <w:r w:rsidR="00417698">
        <w:rPr>
          <w:i/>
        </w:rPr>
        <w:t xml:space="preserve">de aplicare </w:t>
      </w:r>
      <w:r w:rsidRPr="004244F5">
        <w:rPr>
          <w:i/>
        </w:rPr>
        <w:t xml:space="preserve">pe adresa indicată în Ghidul </w:t>
      </w:r>
      <w:r w:rsidR="00D23C6C">
        <w:rPr>
          <w:i/>
        </w:rPr>
        <w:t xml:space="preserve">de aplicare pentru </w:t>
      </w:r>
      <w:r w:rsidR="00B47902" w:rsidRPr="00B47902">
        <w:rPr>
          <w:i/>
        </w:rPr>
        <w:t>organizațiile societății civile</w:t>
      </w:r>
      <w:r w:rsidRPr="004244F5">
        <w:rPr>
          <w:i/>
        </w:rPr>
        <w:t>.</w:t>
      </w:r>
    </w:p>
    <w:p w14:paraId="236BD2BC" w14:textId="77777777" w:rsidR="007E3F7E" w:rsidRPr="004244F5" w:rsidRDefault="007E3F7E" w:rsidP="00CD3323">
      <w:pPr>
        <w:pStyle w:val="Heading1"/>
        <w:spacing w:before="0"/>
        <w:rPr>
          <w:rFonts w:cs="Times New Roman"/>
        </w:rPr>
      </w:pPr>
      <w:r w:rsidRPr="004244F5">
        <w:rPr>
          <w:rFonts w:cs="Times New Roman"/>
        </w:rPr>
        <w:t>Informații generale</w:t>
      </w:r>
    </w:p>
    <w:tbl>
      <w:tblPr>
        <w:tblW w:w="10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9"/>
        <w:gridCol w:w="2306"/>
        <w:gridCol w:w="1985"/>
        <w:gridCol w:w="5244"/>
      </w:tblGrid>
      <w:tr w:rsidR="007E3F7E" w:rsidRPr="004244F5" w14:paraId="0DE2DAD0" w14:textId="77777777" w:rsidTr="1D5CE823">
        <w:trPr>
          <w:trHeight w:val="22"/>
        </w:trPr>
        <w:tc>
          <w:tcPr>
            <w:tcW w:w="0" w:type="auto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8046C4" w14:textId="230617AA" w:rsidR="007E3F7E" w:rsidRPr="004244F5" w:rsidRDefault="001C1692" w:rsidP="00D31658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>1</w:t>
            </w:r>
            <w:r w:rsidR="007E3F7E" w:rsidRPr="004244F5">
              <w:rPr>
                <w:b/>
                <w:bCs/>
              </w:rPr>
              <w:t>.1</w:t>
            </w:r>
          </w:p>
        </w:tc>
        <w:tc>
          <w:tcPr>
            <w:tcW w:w="2306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27D08E" w14:textId="037DEACB" w:rsidR="007E3F7E" w:rsidRPr="004244F5" w:rsidRDefault="007E3F7E" w:rsidP="00D31658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>Denumirea completă a organiza</w:t>
            </w:r>
            <w:r w:rsidR="00FF05AC" w:rsidRPr="004244F5">
              <w:rPr>
                <w:b/>
                <w:bCs/>
              </w:rPr>
              <w:t>ț</w:t>
            </w:r>
            <w:r w:rsidRPr="004244F5">
              <w:rPr>
                <w:b/>
                <w:bCs/>
              </w:rPr>
              <w:t>i</w:t>
            </w:r>
            <w:r w:rsidR="00FF05AC" w:rsidRPr="004244F5">
              <w:rPr>
                <w:b/>
                <w:bCs/>
              </w:rPr>
              <w:t>ei</w:t>
            </w:r>
          </w:p>
        </w:tc>
        <w:tc>
          <w:tcPr>
            <w:tcW w:w="722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789B18" w14:textId="77777777" w:rsidR="007E3F7E" w:rsidRPr="004244F5" w:rsidRDefault="007E3F7E" w:rsidP="00D31658">
            <w:pPr>
              <w:spacing w:after="0"/>
            </w:pPr>
          </w:p>
        </w:tc>
      </w:tr>
      <w:tr w:rsidR="007E3F7E" w:rsidRPr="004244F5" w14:paraId="4D7060CC" w14:textId="77777777" w:rsidTr="1D5CE823">
        <w:trPr>
          <w:trHeight w:val="87"/>
        </w:trPr>
        <w:tc>
          <w:tcPr>
            <w:tcW w:w="0" w:type="auto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F1110A" w14:textId="4C6AA031" w:rsidR="007E3F7E" w:rsidRPr="004244F5" w:rsidRDefault="001C1692" w:rsidP="00D31658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>1</w:t>
            </w:r>
            <w:r w:rsidR="007E3F7E" w:rsidRPr="004244F5">
              <w:rPr>
                <w:b/>
                <w:bCs/>
              </w:rPr>
              <w:t>.2</w:t>
            </w:r>
          </w:p>
        </w:tc>
        <w:tc>
          <w:tcPr>
            <w:tcW w:w="2306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277E4F" w14:textId="77777777" w:rsidR="007E3F7E" w:rsidRPr="004244F5" w:rsidRDefault="007E3F7E" w:rsidP="00D31658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>IDNO</w:t>
            </w:r>
          </w:p>
        </w:tc>
        <w:tc>
          <w:tcPr>
            <w:tcW w:w="722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254FB9" w14:textId="77777777" w:rsidR="007E3F7E" w:rsidRPr="004244F5" w:rsidRDefault="007E3F7E" w:rsidP="00D31658">
            <w:pPr>
              <w:spacing w:after="0"/>
            </w:pPr>
          </w:p>
        </w:tc>
      </w:tr>
      <w:tr w:rsidR="007E3F7E" w:rsidRPr="004244F5" w14:paraId="2AFE68F8" w14:textId="77777777" w:rsidTr="1D5CE823">
        <w:trPr>
          <w:trHeight w:val="87"/>
        </w:trPr>
        <w:tc>
          <w:tcPr>
            <w:tcW w:w="0" w:type="auto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E3DDC" w14:textId="06992946" w:rsidR="007E3F7E" w:rsidRPr="004244F5" w:rsidRDefault="001C1692" w:rsidP="00D31658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>1</w:t>
            </w:r>
            <w:r w:rsidR="007E3F7E" w:rsidRPr="004244F5">
              <w:rPr>
                <w:b/>
                <w:bCs/>
              </w:rPr>
              <w:t>.3</w:t>
            </w:r>
          </w:p>
        </w:tc>
        <w:tc>
          <w:tcPr>
            <w:tcW w:w="2306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81343" w14:textId="77777777" w:rsidR="007E3F7E" w:rsidRPr="004244F5" w:rsidRDefault="007E3F7E" w:rsidP="00D31658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>Forma juridică a organizației</w:t>
            </w:r>
          </w:p>
        </w:tc>
        <w:tc>
          <w:tcPr>
            <w:tcW w:w="722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7D25E" w14:textId="77777777" w:rsidR="007E3F7E" w:rsidRPr="004244F5" w:rsidRDefault="007E3F7E" w:rsidP="00D31658">
            <w:pPr>
              <w:spacing w:after="0"/>
            </w:pPr>
          </w:p>
        </w:tc>
      </w:tr>
      <w:tr w:rsidR="00460BED" w:rsidRPr="004244F5" w14:paraId="4087D116" w14:textId="48DE0C3B" w:rsidTr="1D5CE823">
        <w:trPr>
          <w:trHeight w:val="124"/>
        </w:trPr>
        <w:tc>
          <w:tcPr>
            <w:tcW w:w="0" w:type="auto"/>
            <w:vMerge w:val="restar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0DBFA4" w14:textId="3CE32FB6" w:rsidR="00460BED" w:rsidRPr="004244F5" w:rsidRDefault="001C1692" w:rsidP="00D31658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>1</w:t>
            </w:r>
            <w:r w:rsidR="00460BED" w:rsidRPr="004244F5">
              <w:rPr>
                <w:b/>
                <w:bCs/>
              </w:rPr>
              <w:t>.4</w:t>
            </w:r>
          </w:p>
        </w:tc>
        <w:tc>
          <w:tcPr>
            <w:tcW w:w="2306" w:type="dxa"/>
            <w:vMerge w:val="restar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7DF6B5" w14:textId="6BC8DAEE" w:rsidR="00460BED" w:rsidRPr="004244F5" w:rsidRDefault="00460BED" w:rsidP="00D31658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>Adresa</w:t>
            </w:r>
          </w:p>
          <w:p w14:paraId="626E489B" w14:textId="77777777" w:rsidR="00460BED" w:rsidRPr="004244F5" w:rsidRDefault="00460BED" w:rsidP="00D31658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>(strada, nr, cod poștal, localitate)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E44DC2" w14:textId="6D28DD98" w:rsidR="00460BED" w:rsidRPr="004244F5" w:rsidRDefault="00460BED" w:rsidP="00D31658">
            <w:pPr>
              <w:spacing w:after="0"/>
            </w:pPr>
            <w:r w:rsidRPr="004244F5">
              <w:t>Juridică:</w:t>
            </w:r>
          </w:p>
        </w:tc>
        <w:tc>
          <w:tcPr>
            <w:tcW w:w="5244" w:type="dxa"/>
          </w:tcPr>
          <w:p w14:paraId="09880B7A" w14:textId="77777777" w:rsidR="00460BED" w:rsidRPr="004244F5" w:rsidRDefault="00460BED" w:rsidP="00460BED">
            <w:pPr>
              <w:spacing w:after="0"/>
            </w:pPr>
          </w:p>
        </w:tc>
      </w:tr>
      <w:tr w:rsidR="00460BED" w:rsidRPr="004244F5" w14:paraId="40DDBFF2" w14:textId="0AE223C2" w:rsidTr="1D5CE823">
        <w:trPr>
          <w:trHeight w:val="20"/>
        </w:trPr>
        <w:tc>
          <w:tcPr>
            <w:tcW w:w="0" w:type="auto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5684C" w14:textId="77777777" w:rsidR="00460BED" w:rsidRPr="004244F5" w:rsidRDefault="00460BED" w:rsidP="00D31658">
            <w:pPr>
              <w:spacing w:after="0"/>
              <w:rPr>
                <w:b/>
                <w:bCs/>
              </w:rPr>
            </w:pPr>
          </w:p>
        </w:tc>
        <w:tc>
          <w:tcPr>
            <w:tcW w:w="230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F0D3D" w14:textId="77777777" w:rsidR="00460BED" w:rsidRPr="004244F5" w:rsidRDefault="00460BED" w:rsidP="00D31658">
            <w:pPr>
              <w:spacing w:after="0"/>
              <w:rPr>
                <w:b/>
                <w:bCs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BD0FF" w14:textId="77777777" w:rsidR="00460BED" w:rsidRPr="004244F5" w:rsidRDefault="00460BED" w:rsidP="00D31658">
            <w:pPr>
              <w:spacing w:after="0"/>
            </w:pPr>
            <w:r w:rsidRPr="004244F5">
              <w:t>Fizică (dacă diferă):</w:t>
            </w:r>
          </w:p>
        </w:tc>
        <w:tc>
          <w:tcPr>
            <w:tcW w:w="5244" w:type="dxa"/>
          </w:tcPr>
          <w:p w14:paraId="2082862C" w14:textId="77777777" w:rsidR="00460BED" w:rsidRPr="004244F5" w:rsidRDefault="00460BED" w:rsidP="00460BED">
            <w:pPr>
              <w:spacing w:after="0"/>
            </w:pPr>
          </w:p>
        </w:tc>
      </w:tr>
      <w:tr w:rsidR="00460BED" w:rsidRPr="004244F5" w14:paraId="636E745A" w14:textId="39CBF4E7" w:rsidTr="1D5CE823">
        <w:trPr>
          <w:trHeight w:val="300"/>
        </w:trPr>
        <w:tc>
          <w:tcPr>
            <w:tcW w:w="0" w:type="auto"/>
            <w:vMerge w:val="restar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6FDF3" w14:textId="0649747D" w:rsidR="00460BED" w:rsidRPr="004244F5" w:rsidRDefault="001C1692" w:rsidP="00D31658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>1</w:t>
            </w:r>
            <w:r w:rsidR="00460BED" w:rsidRPr="004244F5">
              <w:rPr>
                <w:b/>
                <w:bCs/>
              </w:rPr>
              <w:t>.5</w:t>
            </w:r>
          </w:p>
        </w:tc>
        <w:tc>
          <w:tcPr>
            <w:tcW w:w="2306" w:type="dxa"/>
            <w:vMerge w:val="restar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93356" w14:textId="6CCBDBD9" w:rsidR="00460BED" w:rsidRPr="004244F5" w:rsidRDefault="54D27D1A" w:rsidP="00D31658">
            <w:pPr>
              <w:spacing w:after="0"/>
              <w:rPr>
                <w:b/>
                <w:bCs/>
              </w:rPr>
            </w:pPr>
            <w:r w:rsidRPr="1D5CE823">
              <w:rPr>
                <w:b/>
                <w:bCs/>
              </w:rPr>
              <w:t>Datele de contact a organizației (pentru comunicare oficială)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33ED5" w14:textId="585B7B7E" w:rsidR="00460BED" w:rsidRPr="004244F5" w:rsidRDefault="00460BED" w:rsidP="002D2865">
            <w:pPr>
              <w:spacing w:after="0"/>
            </w:pPr>
            <w:r w:rsidRPr="004244F5">
              <w:t>Telefon de contact:</w:t>
            </w:r>
          </w:p>
        </w:tc>
        <w:tc>
          <w:tcPr>
            <w:tcW w:w="5244" w:type="dxa"/>
          </w:tcPr>
          <w:p w14:paraId="607F01FB" w14:textId="77777777" w:rsidR="00460BED" w:rsidRPr="004244F5" w:rsidRDefault="00460BED" w:rsidP="00460BED">
            <w:pPr>
              <w:spacing w:after="0"/>
            </w:pPr>
          </w:p>
        </w:tc>
      </w:tr>
      <w:tr w:rsidR="00460BED" w:rsidRPr="004244F5" w14:paraId="0E952C38" w14:textId="0043A9DC" w:rsidTr="1D5CE823">
        <w:trPr>
          <w:trHeight w:val="338"/>
        </w:trPr>
        <w:tc>
          <w:tcPr>
            <w:tcW w:w="0" w:type="auto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3EE2D" w14:textId="77777777" w:rsidR="00460BED" w:rsidRPr="004244F5" w:rsidRDefault="00460BED" w:rsidP="00D31658">
            <w:pPr>
              <w:spacing w:after="0"/>
            </w:pPr>
          </w:p>
        </w:tc>
        <w:tc>
          <w:tcPr>
            <w:tcW w:w="230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508F2" w14:textId="77777777" w:rsidR="00460BED" w:rsidRPr="004244F5" w:rsidRDefault="00460BED" w:rsidP="00D31658">
            <w:pPr>
              <w:spacing w:after="0"/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4E22A" w14:textId="35FCF3EC" w:rsidR="00460BED" w:rsidRPr="004244F5" w:rsidRDefault="00460BED" w:rsidP="002D2865">
            <w:pPr>
              <w:spacing w:after="0"/>
            </w:pPr>
            <w:r w:rsidRPr="004244F5">
              <w:t>E-mail</w:t>
            </w:r>
          </w:p>
        </w:tc>
        <w:tc>
          <w:tcPr>
            <w:tcW w:w="5244" w:type="dxa"/>
          </w:tcPr>
          <w:p w14:paraId="3ED81664" w14:textId="77777777" w:rsidR="00460BED" w:rsidRPr="004244F5" w:rsidRDefault="00460BED" w:rsidP="00460BED">
            <w:pPr>
              <w:spacing w:after="0"/>
            </w:pPr>
          </w:p>
        </w:tc>
      </w:tr>
      <w:tr w:rsidR="00460BED" w:rsidRPr="004244F5" w14:paraId="5A7CA1D3" w14:textId="085BA27E" w:rsidTr="1D5CE823">
        <w:trPr>
          <w:trHeight w:val="400"/>
        </w:trPr>
        <w:tc>
          <w:tcPr>
            <w:tcW w:w="0" w:type="auto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9B9D6" w14:textId="77777777" w:rsidR="00460BED" w:rsidRPr="004244F5" w:rsidRDefault="00460BED" w:rsidP="00D31658">
            <w:pPr>
              <w:spacing w:after="0"/>
            </w:pPr>
          </w:p>
        </w:tc>
        <w:tc>
          <w:tcPr>
            <w:tcW w:w="230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AF98C" w14:textId="77777777" w:rsidR="00460BED" w:rsidRPr="004244F5" w:rsidRDefault="00460BED" w:rsidP="00D31658">
            <w:pPr>
              <w:spacing w:after="0"/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4292F" w14:textId="08FB8E29" w:rsidR="00460BED" w:rsidRPr="004244F5" w:rsidRDefault="00460BED" w:rsidP="002D2865">
            <w:pPr>
              <w:spacing w:after="0"/>
            </w:pPr>
            <w:r w:rsidRPr="004244F5">
              <w:t>Pagina Facebook</w:t>
            </w:r>
          </w:p>
        </w:tc>
        <w:tc>
          <w:tcPr>
            <w:tcW w:w="5244" w:type="dxa"/>
          </w:tcPr>
          <w:p w14:paraId="3E756E0D" w14:textId="6EE2AC5E" w:rsidR="00460BED" w:rsidRPr="004244F5" w:rsidRDefault="00460BED" w:rsidP="00460BED">
            <w:pPr>
              <w:spacing w:after="0"/>
              <w:rPr>
                <w:i/>
                <w:iCs/>
              </w:rPr>
            </w:pPr>
            <w:r w:rsidRPr="004244F5">
              <w:rPr>
                <w:i/>
                <w:iCs/>
              </w:rPr>
              <w:t>(dacă există)</w:t>
            </w:r>
          </w:p>
        </w:tc>
      </w:tr>
      <w:tr w:rsidR="00460BED" w:rsidRPr="004244F5" w14:paraId="5F8632E9" w14:textId="2FD3A1CD" w:rsidTr="1D5CE823">
        <w:trPr>
          <w:trHeight w:val="313"/>
        </w:trPr>
        <w:tc>
          <w:tcPr>
            <w:tcW w:w="0" w:type="auto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516A6" w14:textId="77777777" w:rsidR="00460BED" w:rsidRPr="004244F5" w:rsidRDefault="00460BED" w:rsidP="00D31658">
            <w:pPr>
              <w:spacing w:after="0"/>
            </w:pPr>
          </w:p>
        </w:tc>
        <w:tc>
          <w:tcPr>
            <w:tcW w:w="230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2BC43" w14:textId="77777777" w:rsidR="00460BED" w:rsidRPr="004244F5" w:rsidRDefault="00460BED" w:rsidP="00D31658">
            <w:pPr>
              <w:spacing w:after="0"/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D4E00" w14:textId="72289D87" w:rsidR="00460BED" w:rsidRPr="004244F5" w:rsidRDefault="00460BED" w:rsidP="002D2865">
            <w:pPr>
              <w:spacing w:after="0"/>
            </w:pPr>
            <w:r w:rsidRPr="004244F5">
              <w:t>Pagina web</w:t>
            </w:r>
          </w:p>
        </w:tc>
        <w:tc>
          <w:tcPr>
            <w:tcW w:w="5244" w:type="dxa"/>
          </w:tcPr>
          <w:p w14:paraId="64F2F456" w14:textId="7544E3C3" w:rsidR="00460BED" w:rsidRPr="004244F5" w:rsidRDefault="00460BED" w:rsidP="00460BED">
            <w:pPr>
              <w:spacing w:after="0"/>
              <w:rPr>
                <w:i/>
                <w:iCs/>
              </w:rPr>
            </w:pPr>
            <w:r w:rsidRPr="004244F5">
              <w:rPr>
                <w:i/>
                <w:iCs/>
              </w:rPr>
              <w:t>(dacă există)</w:t>
            </w:r>
          </w:p>
        </w:tc>
      </w:tr>
      <w:tr w:rsidR="00460BED" w:rsidRPr="004244F5" w14:paraId="768E4673" w14:textId="74B3DBFE" w:rsidTr="1D5CE823">
        <w:trPr>
          <w:trHeight w:val="38"/>
        </w:trPr>
        <w:tc>
          <w:tcPr>
            <w:tcW w:w="0" w:type="auto"/>
            <w:vMerge w:val="restar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6CD70" w14:textId="59123F8C" w:rsidR="00460BED" w:rsidRPr="004244F5" w:rsidRDefault="001C1692" w:rsidP="0078347E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>1</w:t>
            </w:r>
            <w:r w:rsidR="00460BED" w:rsidRPr="004244F5">
              <w:rPr>
                <w:b/>
                <w:bCs/>
              </w:rPr>
              <w:t>.6</w:t>
            </w:r>
          </w:p>
        </w:tc>
        <w:tc>
          <w:tcPr>
            <w:tcW w:w="2306" w:type="dxa"/>
            <w:vMerge w:val="restar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482B8C" w14:textId="185742C1" w:rsidR="00460BED" w:rsidRPr="004244F5" w:rsidRDefault="00460BED" w:rsidP="0078347E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>Administrator / Director Executiv / Pre</w:t>
            </w:r>
            <w:r w:rsidRPr="004244F5">
              <w:rPr>
                <w:b/>
                <w:bCs/>
                <w:lang w:val="ro-RO"/>
              </w:rPr>
              <w:t>ședinte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BB8947" w14:textId="755848A8" w:rsidR="00460BED" w:rsidRPr="004244F5" w:rsidRDefault="00460BED" w:rsidP="00CD1084">
            <w:pPr>
              <w:spacing w:after="0" w:line="240" w:lineRule="auto"/>
            </w:pPr>
            <w:r w:rsidRPr="004244F5">
              <w:t>Nume/ Prenume:</w:t>
            </w:r>
          </w:p>
        </w:tc>
        <w:tc>
          <w:tcPr>
            <w:tcW w:w="5244" w:type="dxa"/>
          </w:tcPr>
          <w:p w14:paraId="330B8C98" w14:textId="77777777" w:rsidR="00460BED" w:rsidRPr="004244F5" w:rsidRDefault="00460BED" w:rsidP="00460BED">
            <w:pPr>
              <w:spacing w:after="0" w:line="240" w:lineRule="auto"/>
            </w:pPr>
          </w:p>
        </w:tc>
      </w:tr>
      <w:tr w:rsidR="00460BED" w:rsidRPr="004244F5" w14:paraId="269F1870" w14:textId="573C4163" w:rsidTr="1D5CE823">
        <w:trPr>
          <w:trHeight w:val="20"/>
        </w:trPr>
        <w:tc>
          <w:tcPr>
            <w:tcW w:w="0" w:type="auto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F2178" w14:textId="77777777" w:rsidR="00460BED" w:rsidRPr="004244F5" w:rsidRDefault="00460BED" w:rsidP="0078347E">
            <w:pPr>
              <w:spacing w:after="0"/>
              <w:rPr>
                <w:b/>
                <w:bCs/>
              </w:rPr>
            </w:pPr>
          </w:p>
        </w:tc>
        <w:tc>
          <w:tcPr>
            <w:tcW w:w="230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3D595" w14:textId="77777777" w:rsidR="00460BED" w:rsidRPr="004244F5" w:rsidRDefault="00460BED" w:rsidP="0078347E">
            <w:pPr>
              <w:spacing w:after="0"/>
              <w:rPr>
                <w:b/>
                <w:bCs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57891" w14:textId="5EF843D6" w:rsidR="00460BED" w:rsidRPr="004244F5" w:rsidRDefault="00460BED" w:rsidP="00CD1084">
            <w:pPr>
              <w:spacing w:after="0" w:line="240" w:lineRule="auto"/>
            </w:pPr>
            <w:r w:rsidRPr="004244F5">
              <w:t>Telefon fix/ mobil:</w:t>
            </w:r>
          </w:p>
        </w:tc>
        <w:tc>
          <w:tcPr>
            <w:tcW w:w="5244" w:type="dxa"/>
          </w:tcPr>
          <w:p w14:paraId="3DA54A7B" w14:textId="77777777" w:rsidR="00460BED" w:rsidRPr="004244F5" w:rsidRDefault="00460BED" w:rsidP="00460BED">
            <w:pPr>
              <w:spacing w:after="0" w:line="240" w:lineRule="auto"/>
            </w:pPr>
          </w:p>
        </w:tc>
      </w:tr>
      <w:tr w:rsidR="00460BED" w:rsidRPr="004244F5" w14:paraId="38A30F44" w14:textId="510CFA54" w:rsidTr="1D5CE823">
        <w:trPr>
          <w:trHeight w:val="20"/>
        </w:trPr>
        <w:tc>
          <w:tcPr>
            <w:tcW w:w="0" w:type="auto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AE881" w14:textId="77777777" w:rsidR="00460BED" w:rsidRPr="004244F5" w:rsidRDefault="00460BED" w:rsidP="0078347E">
            <w:pPr>
              <w:spacing w:after="0"/>
              <w:rPr>
                <w:b/>
                <w:bCs/>
              </w:rPr>
            </w:pPr>
          </w:p>
        </w:tc>
        <w:tc>
          <w:tcPr>
            <w:tcW w:w="230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6749B" w14:textId="77777777" w:rsidR="00460BED" w:rsidRPr="004244F5" w:rsidRDefault="00460BED" w:rsidP="0078347E">
            <w:pPr>
              <w:spacing w:after="0"/>
              <w:rPr>
                <w:b/>
                <w:bCs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42CAF" w14:textId="77777777" w:rsidR="00460BED" w:rsidRPr="004244F5" w:rsidRDefault="00460BED" w:rsidP="00CD1084">
            <w:pPr>
              <w:spacing w:line="240" w:lineRule="auto"/>
            </w:pPr>
            <w:r w:rsidRPr="004244F5">
              <w:t>E-mail:</w:t>
            </w:r>
          </w:p>
        </w:tc>
        <w:tc>
          <w:tcPr>
            <w:tcW w:w="5244" w:type="dxa"/>
          </w:tcPr>
          <w:p w14:paraId="79EC44C0" w14:textId="77777777" w:rsidR="00460BED" w:rsidRPr="004244F5" w:rsidRDefault="00460BED" w:rsidP="00460BED">
            <w:pPr>
              <w:spacing w:line="240" w:lineRule="auto"/>
            </w:pPr>
          </w:p>
        </w:tc>
      </w:tr>
      <w:tr w:rsidR="006E3E2A" w:rsidRPr="004244F5" w14:paraId="3E492296" w14:textId="77777777" w:rsidTr="1D5CE823">
        <w:trPr>
          <w:trHeight w:val="23"/>
        </w:trPr>
        <w:tc>
          <w:tcPr>
            <w:tcW w:w="0" w:type="auto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769AE" w14:textId="64476521" w:rsidR="006E3E2A" w:rsidRPr="004244F5" w:rsidRDefault="001C1692" w:rsidP="00135C56">
            <w:pPr>
              <w:rPr>
                <w:b/>
                <w:bCs/>
              </w:rPr>
            </w:pPr>
            <w:r w:rsidRPr="004244F5">
              <w:rPr>
                <w:b/>
                <w:bCs/>
              </w:rPr>
              <w:t>1</w:t>
            </w:r>
            <w:r w:rsidR="003C2621" w:rsidRPr="004244F5">
              <w:rPr>
                <w:b/>
                <w:bCs/>
              </w:rPr>
              <w:t>.</w:t>
            </w:r>
            <w:r w:rsidR="00EE5630" w:rsidRPr="004244F5">
              <w:rPr>
                <w:b/>
                <w:bCs/>
              </w:rPr>
              <w:t>7</w:t>
            </w:r>
          </w:p>
        </w:tc>
        <w:tc>
          <w:tcPr>
            <w:tcW w:w="2306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DE743" w14:textId="6C751681" w:rsidR="006E3E2A" w:rsidRPr="004244F5" w:rsidRDefault="66FFF300" w:rsidP="00135C56">
            <w:pPr>
              <w:rPr>
                <w:b/>
                <w:bCs/>
              </w:rPr>
            </w:pPr>
            <w:r w:rsidRPr="1D5CE823">
              <w:rPr>
                <w:b/>
                <w:bCs/>
              </w:rPr>
              <w:t>Bugetul organizației pentru anul precedent de operațiuni</w:t>
            </w:r>
            <w:r w:rsidR="054E6660" w:rsidRPr="1D5CE823">
              <w:rPr>
                <w:b/>
                <w:bCs/>
                <w:i/>
                <w:iCs/>
              </w:rPr>
              <w:t xml:space="preserve"> (în</w:t>
            </w:r>
            <w:r w:rsidR="00171CD9">
              <w:rPr>
                <w:b/>
                <w:bCs/>
                <w:i/>
                <w:iCs/>
              </w:rPr>
              <w:t xml:space="preserve"> MDL</w:t>
            </w:r>
            <w:r w:rsidR="054E6660" w:rsidRPr="1D5CE823">
              <w:rPr>
                <w:b/>
                <w:bCs/>
                <w:i/>
                <w:iCs/>
              </w:rPr>
              <w:t>)</w:t>
            </w:r>
          </w:p>
        </w:tc>
        <w:tc>
          <w:tcPr>
            <w:tcW w:w="722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DF83D" w14:textId="77777777" w:rsidR="006E3E2A" w:rsidRPr="004244F5" w:rsidRDefault="006E3E2A" w:rsidP="00135C56"/>
        </w:tc>
      </w:tr>
    </w:tbl>
    <w:p w14:paraId="124DF3D3" w14:textId="0F70A3F8" w:rsidR="00A826D1" w:rsidRPr="004244F5" w:rsidRDefault="008D722E" w:rsidP="00135C56">
      <w:pPr>
        <w:pStyle w:val="Heading1"/>
        <w:rPr>
          <w:rFonts w:cs="Times New Roman"/>
        </w:rPr>
      </w:pPr>
      <w:r w:rsidRPr="004244F5">
        <w:rPr>
          <w:rFonts w:cs="Times New Roman"/>
        </w:rPr>
        <w:t>Profilul organizației</w:t>
      </w:r>
    </w:p>
    <w:p w14:paraId="538FB05B" w14:textId="3E622EA8" w:rsidR="00A826D1" w:rsidRPr="004244F5" w:rsidRDefault="008D722E" w:rsidP="0045298E">
      <w:pPr>
        <w:pStyle w:val="Heading2"/>
        <w:spacing w:before="240"/>
        <w:rPr>
          <w:rFonts w:cs="Times New Roman"/>
        </w:rPr>
      </w:pPr>
      <w:r w:rsidRPr="004244F5">
        <w:rPr>
          <w:rFonts w:cs="Times New Roman"/>
        </w:rPr>
        <w:t xml:space="preserve">Vă rugăm să </w:t>
      </w:r>
      <w:r w:rsidR="00993749" w:rsidRPr="004244F5">
        <w:rPr>
          <w:rFonts w:cs="Times New Roman"/>
        </w:rPr>
        <w:t>oferiți</w:t>
      </w:r>
      <w:r w:rsidRPr="004244F5">
        <w:rPr>
          <w:rFonts w:cs="Times New Roman"/>
        </w:rPr>
        <w:t xml:space="preserve"> o scurtă descriere a organizației dumneavoastră, inclusiv misiunea, viziunea și principalele domenii de activitate.</w:t>
      </w:r>
      <w:r w:rsidR="0075422C" w:rsidRPr="004244F5">
        <w:rPr>
          <w:rFonts w:cs="Times New Roman"/>
        </w:rPr>
        <w:t xml:space="preserve"> Enumerați partenerii și donatorii cheie.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5A7D4E" w:rsidRPr="004244F5" w14:paraId="6A7C90C2" w14:textId="77777777" w:rsidTr="005A7D4E">
        <w:tc>
          <w:tcPr>
            <w:tcW w:w="9962" w:type="dxa"/>
          </w:tcPr>
          <w:p w14:paraId="172A94D3" w14:textId="77777777" w:rsidR="005A7D4E" w:rsidRPr="004244F5" w:rsidRDefault="005A7D4E" w:rsidP="0045298E"/>
          <w:p w14:paraId="1BCA2D7D" w14:textId="77777777" w:rsidR="005A7D4E" w:rsidRPr="004244F5" w:rsidRDefault="005A7D4E" w:rsidP="0045298E"/>
          <w:p w14:paraId="493751E0" w14:textId="77777777" w:rsidR="005A7D4E" w:rsidRPr="004244F5" w:rsidRDefault="005A7D4E" w:rsidP="0045298E"/>
          <w:p w14:paraId="22DB72F6" w14:textId="77777777" w:rsidR="005A7D4E" w:rsidRPr="004244F5" w:rsidRDefault="005A7D4E" w:rsidP="0045298E"/>
          <w:p w14:paraId="4B9F8D1E" w14:textId="77777777" w:rsidR="005A7D4E" w:rsidRPr="004244F5" w:rsidRDefault="005A7D4E" w:rsidP="0045298E"/>
          <w:p w14:paraId="619454F4" w14:textId="77777777" w:rsidR="005A7D4E" w:rsidRPr="004244F5" w:rsidRDefault="005A7D4E" w:rsidP="0045298E"/>
          <w:p w14:paraId="1D42F69E" w14:textId="77777777" w:rsidR="005A7D4E" w:rsidRPr="004244F5" w:rsidRDefault="005A7D4E" w:rsidP="0045298E"/>
          <w:p w14:paraId="350A62C9" w14:textId="77777777" w:rsidR="005A7D4E" w:rsidRPr="004244F5" w:rsidRDefault="005A7D4E" w:rsidP="0045298E"/>
        </w:tc>
      </w:tr>
    </w:tbl>
    <w:p w14:paraId="66897C59" w14:textId="42348B64" w:rsidR="00A826D1" w:rsidRPr="004244F5" w:rsidRDefault="6B7A31B0" w:rsidP="0045298E">
      <w:pPr>
        <w:pStyle w:val="Heading2"/>
        <w:spacing w:before="240"/>
        <w:rPr>
          <w:rFonts w:cs="Times New Roman"/>
        </w:rPr>
      </w:pPr>
      <w:r w:rsidRPr="1D5CE823">
        <w:rPr>
          <w:rFonts w:cs="Times New Roman"/>
        </w:rPr>
        <w:t>Descrieți pe scurt structura organizațională – membri, personal, departamente.</w:t>
      </w:r>
      <w:r w:rsidR="60E2B085" w:rsidRPr="1D5CE823">
        <w:rPr>
          <w:rFonts w:cs="Times New Roman"/>
        </w:rPr>
        <w:t xml:space="preserve"> </w:t>
      </w:r>
      <w:r w:rsidR="0CE6186F" w:rsidRPr="1D5CE823">
        <w:rPr>
          <w:rFonts w:cs="Times New Roman"/>
        </w:rPr>
        <w:t xml:space="preserve">Prezența geografică (regiunile în care organizația </w:t>
      </w:r>
      <w:r w:rsidR="20F2D84A" w:rsidRPr="1D5CE823">
        <w:rPr>
          <w:rFonts w:cs="Times New Roman"/>
        </w:rPr>
        <w:t>D</w:t>
      </w:r>
      <w:r w:rsidR="0CE6186F" w:rsidRPr="1D5CE823">
        <w:rPr>
          <w:rFonts w:cs="Times New Roman"/>
        </w:rPr>
        <w:t>vs. activează în prezent)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962"/>
      </w:tblGrid>
      <w:tr w:rsidR="00FF477D" w:rsidRPr="004244F5" w14:paraId="736330D2" w14:textId="77777777" w:rsidTr="0083160E">
        <w:trPr>
          <w:trHeight w:val="1408"/>
        </w:trPr>
        <w:tc>
          <w:tcPr>
            <w:tcW w:w="9962" w:type="dxa"/>
          </w:tcPr>
          <w:p w14:paraId="0714E8C7" w14:textId="77777777" w:rsidR="00FF477D" w:rsidRPr="004244F5" w:rsidRDefault="00FF477D" w:rsidP="0045298E"/>
          <w:p w14:paraId="62F82E9D" w14:textId="77777777" w:rsidR="00FF477D" w:rsidRPr="004244F5" w:rsidRDefault="00FF477D" w:rsidP="0045298E"/>
          <w:p w14:paraId="1ECD9D2B" w14:textId="77777777" w:rsidR="00FF477D" w:rsidRPr="004244F5" w:rsidRDefault="00FF477D" w:rsidP="0045298E"/>
          <w:p w14:paraId="6C43140E" w14:textId="77777777" w:rsidR="00FF477D" w:rsidRPr="004244F5" w:rsidRDefault="00FF477D" w:rsidP="0045298E"/>
          <w:p w14:paraId="1F0679A6" w14:textId="77777777" w:rsidR="00FF477D" w:rsidRPr="004244F5" w:rsidRDefault="00FF477D" w:rsidP="0045298E"/>
          <w:p w14:paraId="71B0EB3D" w14:textId="77777777" w:rsidR="00FF477D" w:rsidRPr="004244F5" w:rsidRDefault="00FF477D" w:rsidP="0045298E"/>
          <w:p w14:paraId="4259356B" w14:textId="5E9193F1" w:rsidR="00344801" w:rsidRPr="004244F5" w:rsidRDefault="00344801" w:rsidP="0045298E"/>
        </w:tc>
      </w:tr>
    </w:tbl>
    <w:p w14:paraId="3E00959D" w14:textId="6CF05CD1" w:rsidR="00A826D1" w:rsidRPr="004244F5" w:rsidRDefault="008D722E" w:rsidP="00135C56">
      <w:pPr>
        <w:pStyle w:val="Heading1"/>
        <w:rPr>
          <w:rFonts w:cs="Times New Roman"/>
        </w:rPr>
      </w:pPr>
      <w:r w:rsidRPr="004244F5">
        <w:rPr>
          <w:rFonts w:cs="Times New Roman"/>
        </w:rPr>
        <w:t xml:space="preserve">Motivație și participare la </w:t>
      </w:r>
      <w:r w:rsidR="0087385D">
        <w:rPr>
          <w:rFonts w:cs="Times New Roman"/>
        </w:rPr>
        <w:t>CONCURS</w:t>
      </w:r>
    </w:p>
    <w:p w14:paraId="377872E4" w14:textId="1D8A1DBA" w:rsidR="00A826D1" w:rsidRPr="004244F5" w:rsidRDefault="008D722E" w:rsidP="00135C56">
      <w:pPr>
        <w:pStyle w:val="Heading2"/>
        <w:rPr>
          <w:rFonts w:cs="Times New Roman"/>
        </w:rPr>
      </w:pPr>
      <w:r w:rsidRPr="004244F5">
        <w:rPr>
          <w:rFonts w:cs="Times New Roman"/>
        </w:rPr>
        <w:t xml:space="preserve">Vă rugăm să explicați de ce organizația dumneavoastră dorește să participe la </w:t>
      </w:r>
      <w:r w:rsidR="0087385D">
        <w:rPr>
          <w:rFonts w:cs="Times New Roman"/>
        </w:rPr>
        <w:t>Concursul</w:t>
      </w:r>
      <w:r w:rsidRPr="004244F5">
        <w:rPr>
          <w:rFonts w:cs="Times New Roman"/>
        </w:rPr>
        <w:t xml:space="preserve"> de </w:t>
      </w:r>
      <w:r w:rsidR="00984C38" w:rsidRPr="004244F5">
        <w:rPr>
          <w:rFonts w:cs="Times New Roman"/>
        </w:rPr>
        <w:t>grant</w:t>
      </w:r>
      <w:r w:rsidR="00370F2B" w:rsidRPr="004244F5">
        <w:rPr>
          <w:rFonts w:cs="Times New Roman"/>
        </w:rPr>
        <w:t>uri</w:t>
      </w:r>
      <w:r w:rsidRPr="004244F5">
        <w:rPr>
          <w:rFonts w:cs="Times New Roman"/>
        </w:rPr>
        <w:t xml:space="preserve"> și ce așteaptă să obțină de pe urma acestui</w:t>
      </w:r>
      <w:r w:rsidR="0045298E" w:rsidRPr="004244F5">
        <w:rPr>
          <w:rFonts w:cs="Times New Roman"/>
        </w:rPr>
        <w:t>a</w:t>
      </w:r>
      <w:r w:rsidRPr="004244F5">
        <w:rPr>
          <w:rFonts w:cs="Times New Roman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980DEB" w:rsidRPr="004244F5" w14:paraId="334FFCF5" w14:textId="77777777" w:rsidTr="00946F94">
        <w:trPr>
          <w:trHeight w:val="2138"/>
        </w:trPr>
        <w:tc>
          <w:tcPr>
            <w:tcW w:w="9962" w:type="dxa"/>
          </w:tcPr>
          <w:p w14:paraId="226DAF5C" w14:textId="77777777" w:rsidR="00980DEB" w:rsidRPr="004244F5" w:rsidRDefault="00980DEB" w:rsidP="0045298E"/>
          <w:p w14:paraId="795ECFFE" w14:textId="77777777" w:rsidR="00980DEB" w:rsidRPr="004244F5" w:rsidRDefault="00980DEB" w:rsidP="0045298E"/>
          <w:p w14:paraId="4DBF6083" w14:textId="77777777" w:rsidR="00980DEB" w:rsidRPr="004244F5" w:rsidRDefault="00980DEB" w:rsidP="0045298E"/>
          <w:p w14:paraId="211E5D32" w14:textId="77777777" w:rsidR="00946F94" w:rsidRPr="004244F5" w:rsidRDefault="00946F94" w:rsidP="0045298E"/>
          <w:p w14:paraId="412CD823" w14:textId="77777777" w:rsidR="00946F94" w:rsidRPr="004244F5" w:rsidRDefault="00946F94" w:rsidP="0045298E"/>
          <w:p w14:paraId="1225CFEA" w14:textId="77777777" w:rsidR="00946F94" w:rsidRPr="004244F5" w:rsidRDefault="00946F94" w:rsidP="0045298E"/>
          <w:p w14:paraId="7C1456B9" w14:textId="77777777" w:rsidR="00980DEB" w:rsidRPr="004244F5" w:rsidRDefault="00980DEB" w:rsidP="0045298E"/>
        </w:tc>
      </w:tr>
    </w:tbl>
    <w:p w14:paraId="22456E29" w14:textId="13243375" w:rsidR="00A826D1" w:rsidRPr="004244F5" w:rsidRDefault="00A85EFD" w:rsidP="00135C56">
      <w:pPr>
        <w:pStyle w:val="Heading1"/>
        <w:rPr>
          <w:rFonts w:cs="Times New Roman"/>
        </w:rPr>
      </w:pPr>
      <w:r w:rsidRPr="004244F5">
        <w:rPr>
          <w:rFonts w:cs="Times New Roman"/>
        </w:rPr>
        <w:t>Experien</w:t>
      </w:r>
      <w:r w:rsidR="00771887" w:rsidRPr="004244F5">
        <w:rPr>
          <w:rFonts w:cs="Times New Roman"/>
        </w:rPr>
        <w:t>ța organizației</w:t>
      </w:r>
    </w:p>
    <w:p w14:paraId="5C9FD88F" w14:textId="44BE0EC0" w:rsidR="00A826D1" w:rsidRPr="004244F5" w:rsidRDefault="221BC4F3" w:rsidP="00135C56">
      <w:r>
        <w:t xml:space="preserve">Vă rugăm să </w:t>
      </w:r>
      <w:r w:rsidR="001E2DDE">
        <w:t>prezentați informația cu privire la</w:t>
      </w:r>
      <w:r>
        <w:t xml:space="preserve"> maximum </w:t>
      </w:r>
      <w:r w:rsidR="0C9FAAFF" w:rsidRPr="1D5CE823">
        <w:rPr>
          <w:b/>
          <w:bCs/>
        </w:rPr>
        <w:t>cinci (5)</w:t>
      </w:r>
      <w:r w:rsidRPr="1D5CE823">
        <w:rPr>
          <w:b/>
          <w:bCs/>
        </w:rPr>
        <w:t xml:space="preserve"> proiecte,</w:t>
      </w:r>
      <w:r>
        <w:t xml:space="preserve"> inițiative</w:t>
      </w:r>
      <w:r w:rsidR="731F1E8B">
        <w:t>,</w:t>
      </w:r>
      <w:r>
        <w:t xml:space="preserve"> </w:t>
      </w:r>
      <w:r w:rsidR="731F1E8B">
        <w:t xml:space="preserve">cele mai </w:t>
      </w:r>
      <w:r>
        <w:t>relevante în care a fost implicată organizația dumneavoastră</w:t>
      </w:r>
      <w:r w:rsidR="0D1CE9B5">
        <w:t xml:space="preserve">, cu accent pe </w:t>
      </w:r>
      <w:r w:rsidR="4EA265B2">
        <w:t>servicii</w:t>
      </w:r>
      <w:r w:rsidR="0D1CE9B5">
        <w:t xml:space="preserve"> sociale de </w:t>
      </w:r>
      <w:r w:rsidR="614B5D38">
        <w:t>tip</w:t>
      </w:r>
      <w:r w:rsidR="0D1CE9B5">
        <w:t xml:space="preserve"> Casă Comunitară</w:t>
      </w:r>
      <w:r w:rsidR="004361FD">
        <w:t>,</w:t>
      </w:r>
      <w:r w:rsidR="0D1CE9B5">
        <w:t xml:space="preserve"> Locuință protejată</w:t>
      </w:r>
      <w:r w:rsidR="004361FD">
        <w:t xml:space="preserve"> sau </w:t>
      </w:r>
      <w:r w:rsidR="004361FD" w:rsidRPr="004361FD">
        <w:t>Locuința socială asistată</w:t>
      </w:r>
      <w:r>
        <w:t xml:space="preserve">. Includeți titlul, o descriere scurtă, </w:t>
      </w:r>
      <w:r w:rsidR="3312BFD1">
        <w:t xml:space="preserve">grupul-țintă, bugetul, </w:t>
      </w:r>
      <w:r>
        <w:t>donatorul și perioada de implementare.</w:t>
      </w:r>
      <w:r w:rsidR="3312BFD1">
        <w:t xml:space="preserve"> Descrieți sumar colaborarea cu partenerii de implementare - </w:t>
      </w:r>
      <w:r w:rsidR="24A78D64">
        <w:t>autoritățile publice locale/centrale</w:t>
      </w:r>
      <w:r w:rsidR="685A88B8">
        <w:t xml:space="preserve"> și </w:t>
      </w:r>
      <w:r w:rsidR="751A39CE">
        <w:t xml:space="preserve">serviciul social dezvoltat </w:t>
      </w:r>
      <w:r w:rsidR="5AB9F4D2">
        <w:t>/creat.</w:t>
      </w:r>
    </w:p>
    <w:p w14:paraId="1100D60F" w14:textId="4A48C267" w:rsidR="00384A8C" w:rsidRPr="004244F5" w:rsidRDefault="00A117AD" w:rsidP="00135C56">
      <w:r w:rsidRPr="004244F5">
        <w:t>Aceste informații vor fi utilizate pentru a evalua experienț</w:t>
      </w:r>
      <w:r w:rsidR="00F04D6F" w:rsidRPr="004244F5">
        <w:t>a</w:t>
      </w:r>
      <w:r w:rsidRPr="004244F5">
        <w:t xml:space="preserve"> și capacitate</w:t>
      </w:r>
      <w:r w:rsidR="00F04D6F" w:rsidRPr="004244F5">
        <w:t>a</w:t>
      </w:r>
      <w:r w:rsidRPr="004244F5">
        <w:t xml:space="preserve"> </w:t>
      </w:r>
      <w:r w:rsidR="005F6F07" w:rsidRPr="004244F5">
        <w:t xml:space="preserve">organizației candidate </w:t>
      </w:r>
      <w:r w:rsidRPr="004244F5">
        <w:t>în gestionarea un</w:t>
      </w:r>
      <w:r w:rsidR="004D0B1B" w:rsidRPr="004244F5">
        <w:t>ui</w:t>
      </w:r>
      <w:r w:rsidR="005F6F07" w:rsidRPr="004244F5">
        <w:t xml:space="preserve"> </w:t>
      </w:r>
      <w:r w:rsidR="007049C1" w:rsidRPr="004244F5">
        <w:t>proiect</w:t>
      </w:r>
      <w:r w:rsidR="00F04D6F" w:rsidRPr="004244F5">
        <w:t xml:space="preserve"> </w:t>
      </w:r>
      <w:r w:rsidR="004D0B1B" w:rsidRPr="004244F5">
        <w:t>de</w:t>
      </w:r>
      <w:r w:rsidR="007049C1" w:rsidRPr="004244F5">
        <w:t xml:space="preserve"> dezvoltare a </w:t>
      </w:r>
      <w:r w:rsidR="004D0B1B" w:rsidRPr="004244F5">
        <w:t xml:space="preserve">unui </w:t>
      </w:r>
      <w:r w:rsidR="007049C1" w:rsidRPr="004244F5">
        <w:t xml:space="preserve">serviciu social </w:t>
      </w:r>
      <w:r w:rsidRPr="004244F5">
        <w:t xml:space="preserve">de o </w:t>
      </w:r>
      <w:r w:rsidR="007049C1" w:rsidRPr="004244F5">
        <w:t xml:space="preserve">complexitate și </w:t>
      </w:r>
      <w:r w:rsidRPr="004244F5">
        <w:t>a</w:t>
      </w:r>
      <w:r w:rsidR="007049C1" w:rsidRPr="004244F5">
        <w:t>m</w:t>
      </w:r>
      <w:r w:rsidRPr="004244F5">
        <w:t>ploare comparabilă cu cel pentru care se solicită</w:t>
      </w:r>
      <w:r w:rsidR="004D0B1B" w:rsidRPr="004244F5">
        <w:t>, serviciu social de tip Casă Comunitară</w:t>
      </w:r>
      <w:r w:rsidRPr="004244F5">
        <w:t>.</w:t>
      </w:r>
      <w:r w:rsidR="002E785A" w:rsidRPr="004244F5">
        <w:t xml:space="preserve"> </w:t>
      </w:r>
    </w:p>
    <w:p w14:paraId="63F48760" w14:textId="75066295" w:rsidR="00C91C89" w:rsidRPr="004244F5" w:rsidRDefault="00C91C89" w:rsidP="00135C56">
      <w:pPr>
        <w:rPr>
          <w:b/>
          <w:bCs/>
        </w:rPr>
      </w:pPr>
      <w:r w:rsidRPr="004244F5">
        <w:rPr>
          <w:b/>
          <w:bCs/>
        </w:rPr>
        <w:t>Experiența în proiecte similare</w:t>
      </w:r>
      <w:r w:rsidR="00063D3A" w:rsidRPr="004244F5">
        <w:rPr>
          <w:b/>
          <w:bCs/>
        </w:rPr>
        <w:t xml:space="preserve"> (maxim 1 tabel pe pagină)</w:t>
      </w:r>
    </w:p>
    <w:p w14:paraId="795844CE" w14:textId="77777777" w:rsidR="00063D3A" w:rsidRPr="004244F5" w:rsidRDefault="00063D3A" w:rsidP="00135C56">
      <w:pPr>
        <w:sectPr w:rsidR="00063D3A" w:rsidRPr="004244F5" w:rsidSect="00384A8C">
          <w:headerReference w:type="default" r:id="rId11"/>
          <w:footerReference w:type="default" r:id="rId12"/>
          <w:pgSz w:w="12240" w:h="15840"/>
          <w:pgMar w:top="1134" w:right="1247" w:bottom="993" w:left="1247" w:header="426" w:footer="357" w:gutter="0"/>
          <w:cols w:space="720"/>
          <w:docGrid w:linePitch="360"/>
        </w:sectPr>
      </w:pPr>
    </w:p>
    <w:p w14:paraId="176FC5C9" w14:textId="63F57368" w:rsidR="00CD71B2" w:rsidRPr="004244F5" w:rsidRDefault="008D722E" w:rsidP="00CD71B2">
      <w:r w:rsidRPr="00676178">
        <w:rPr>
          <w:b/>
          <w:bCs/>
          <w:color w:val="FF0000"/>
        </w:rPr>
        <w:t>Referința 1</w:t>
      </w:r>
      <w:r w:rsidR="00065B1B" w:rsidRPr="004244F5">
        <w:rPr>
          <w:b/>
          <w:bCs/>
        </w:rPr>
        <w:t xml:space="preserve"> – </w:t>
      </w:r>
      <w:r w:rsidR="00065B1B" w:rsidRPr="004244F5">
        <w:t>Proiect / Inițiativă similară</w:t>
      </w:r>
      <w:r w:rsidR="00CD71B2" w:rsidRPr="004244F5">
        <w:t xml:space="preserve"> </w:t>
      </w:r>
      <w:r w:rsidR="0089587A">
        <w:rPr>
          <w:i/>
          <w:iCs/>
          <w:color w:val="FF0000"/>
        </w:rPr>
        <w:t>(</w:t>
      </w:r>
      <w:r w:rsidR="00CD71B2" w:rsidRPr="004244F5">
        <w:rPr>
          <w:i/>
          <w:iCs/>
          <w:color w:val="FF0000"/>
        </w:rPr>
        <w:t xml:space="preserve">pagina </w:t>
      </w:r>
      <w:r w:rsidR="0089587A">
        <w:rPr>
          <w:i/>
          <w:iCs/>
          <w:color w:val="FF0000"/>
        </w:rPr>
        <w:t xml:space="preserve">va fi ștearsă </w:t>
      </w:r>
      <w:r w:rsidR="00CD71B2" w:rsidRPr="004244F5">
        <w:rPr>
          <w:i/>
          <w:iCs/>
          <w:color w:val="FF0000"/>
        </w:rPr>
        <w:t>dacă nu este completat</w:t>
      </w:r>
      <w:r w:rsidR="0089587A">
        <w:rPr>
          <w:i/>
          <w:iCs/>
          <w:color w:val="FF0000"/>
        </w:rPr>
        <w:t>ă</w:t>
      </w:r>
      <w:r w:rsidR="00CD71B2" w:rsidRPr="004244F5">
        <w:rPr>
          <w:i/>
          <w:iCs/>
          <w:color w:val="FF0000"/>
        </w:rPr>
        <w:t>)</w:t>
      </w:r>
    </w:p>
    <w:tbl>
      <w:tblPr>
        <w:tblW w:w="13608" w:type="dxa"/>
        <w:tblInd w:w="1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254"/>
        <w:gridCol w:w="6354"/>
      </w:tblGrid>
      <w:tr w:rsidR="0089587A" w:rsidRPr="004244F5" w14:paraId="10F060E0" w14:textId="77777777" w:rsidTr="002B5129">
        <w:trPr>
          <w:cantSplit/>
          <w:trHeight w:val="60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4166"/>
          </w:tcPr>
          <w:p w14:paraId="7047E385" w14:textId="77777777" w:rsidR="0089587A" w:rsidRPr="004244F5" w:rsidRDefault="0089587A" w:rsidP="002B5129">
            <w:pPr>
              <w:spacing w:after="0"/>
            </w:pPr>
          </w:p>
        </w:tc>
      </w:tr>
      <w:tr w:rsidR="0089587A" w:rsidRPr="004244F5" w14:paraId="3FB7ADF3" w14:textId="77777777" w:rsidTr="002B5129">
        <w:trPr>
          <w:cantSplit/>
          <w:trHeight w:val="60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13914" w14:textId="77777777" w:rsidR="0089587A" w:rsidRPr="004244F5" w:rsidRDefault="0089587A" w:rsidP="002B5129">
            <w:pPr>
              <w:spacing w:after="0"/>
            </w:pPr>
            <w:r w:rsidRPr="004244F5">
              <w:rPr>
                <w:b/>
                <w:bCs/>
              </w:rPr>
              <w:t>Numele organizației implementatoare:</w:t>
            </w:r>
          </w:p>
        </w:tc>
      </w:tr>
      <w:tr w:rsidR="0089587A" w:rsidRPr="004244F5" w14:paraId="00E7DA9C" w14:textId="77777777" w:rsidTr="002B5129">
        <w:trPr>
          <w:cantSplit/>
          <w:trHeight w:val="281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91C85" w14:textId="77777777" w:rsidR="0089587A" w:rsidRPr="004244F5" w:rsidRDefault="0089587A" w:rsidP="002B5129">
            <w:pPr>
              <w:spacing w:after="0"/>
            </w:pPr>
            <w:r w:rsidRPr="004244F5">
              <w:rPr>
                <w:b/>
                <w:bCs/>
              </w:rPr>
              <w:t>Titlul proiectului:</w:t>
            </w:r>
          </w:p>
        </w:tc>
      </w:tr>
      <w:tr w:rsidR="0089587A" w:rsidRPr="004244F5" w14:paraId="5941BB90" w14:textId="77777777" w:rsidTr="002B5129">
        <w:trPr>
          <w:cantSplit/>
          <w:trHeight w:val="281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404D" w14:textId="77777777" w:rsidR="0089587A" w:rsidRPr="004244F5" w:rsidRDefault="0089587A" w:rsidP="002B5129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 xml:space="preserve">Organizația Donatoare: </w:t>
            </w:r>
            <w:r w:rsidRPr="004244F5">
              <w:t>(de exemplu: Uniunea Europeană sau Uniunea Europeană prin intermediul Keystone Moldova)</w:t>
            </w:r>
          </w:p>
        </w:tc>
      </w:tr>
      <w:tr w:rsidR="0089587A" w:rsidRPr="004244F5" w14:paraId="1E748837" w14:textId="77777777" w:rsidTr="002B5129">
        <w:trPr>
          <w:cantSplit/>
          <w:trHeight w:val="281"/>
        </w:trPr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576B4" w14:textId="77777777" w:rsidR="0089587A" w:rsidRPr="004244F5" w:rsidRDefault="0089587A" w:rsidP="002B5129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>Perioada de implementare:</w:t>
            </w:r>
            <w:r w:rsidRPr="004244F5">
              <w:t xml:space="preserve"> (din zz/ll/aaaa până la zz/ll/aaaa – x luni)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A6BE" w14:textId="77777777" w:rsidR="0089587A" w:rsidRPr="004244F5" w:rsidRDefault="0089587A" w:rsidP="002B5129">
            <w:pPr>
              <w:spacing w:after="0"/>
            </w:pPr>
            <w:r w:rsidRPr="004244F5">
              <w:rPr>
                <w:b/>
                <w:bCs/>
              </w:rPr>
              <w:t>Bugetul propunerii de proiect, EUR:</w:t>
            </w:r>
            <w:r w:rsidRPr="004244F5">
              <w:t xml:space="preserve"> xx xxx EUR</w:t>
            </w:r>
          </w:p>
        </w:tc>
      </w:tr>
      <w:tr w:rsidR="0089587A" w:rsidRPr="004244F5" w14:paraId="4134F535" w14:textId="77777777" w:rsidTr="002B5129">
        <w:trPr>
          <w:cantSplit/>
          <w:trHeight w:val="281"/>
        </w:trPr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A5A81" w14:textId="77777777" w:rsidR="0089587A" w:rsidRPr="004244F5" w:rsidRDefault="0089587A" w:rsidP="002B5129">
            <w:pPr>
              <w:spacing w:after="0"/>
            </w:pPr>
            <w:r w:rsidRPr="004244F5">
              <w:rPr>
                <w:b/>
                <w:bCs/>
              </w:rPr>
              <w:t>Grupuri-țintă: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ED5D" w14:textId="77777777" w:rsidR="0089587A" w:rsidRPr="004244F5" w:rsidRDefault="0089587A" w:rsidP="002B5129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 xml:space="preserve">Rolul organizației: </w:t>
            </w:r>
            <w:r w:rsidRPr="004244F5">
              <w:t>Implementator / partener etc.</w:t>
            </w:r>
          </w:p>
        </w:tc>
      </w:tr>
      <w:tr w:rsidR="0089587A" w:rsidRPr="004244F5" w14:paraId="1D441142" w14:textId="77777777" w:rsidTr="002B5129">
        <w:trPr>
          <w:cantSplit/>
          <w:trHeight w:val="104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4166"/>
          </w:tcPr>
          <w:p w14:paraId="27AFC5CD" w14:textId="77777777" w:rsidR="0089587A" w:rsidRPr="004244F5" w:rsidRDefault="0089587A" w:rsidP="002B5129">
            <w:pPr>
              <w:spacing w:after="0"/>
            </w:pPr>
          </w:p>
        </w:tc>
      </w:tr>
      <w:tr w:rsidR="0089587A" w:rsidRPr="004244F5" w14:paraId="4B43EC2B" w14:textId="77777777" w:rsidTr="002B5129">
        <w:trPr>
          <w:cantSplit/>
          <w:trHeight w:val="1218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56C4E7" w14:textId="0A99BB70" w:rsidR="0089587A" w:rsidRPr="004244F5" w:rsidRDefault="0089587A" w:rsidP="002B5129">
            <w:r w:rsidRPr="004244F5">
              <w:t xml:space="preserve">Descrierea sumară a proiectului implementat (scop, obiective, </w:t>
            </w:r>
            <w:r w:rsidR="00656C70">
              <w:t>ar</w:t>
            </w:r>
            <w:r w:rsidR="00DF262E">
              <w:t>ia</w:t>
            </w:r>
            <w:r w:rsidR="00656C70">
              <w:t xml:space="preserve"> de implem</w:t>
            </w:r>
            <w:r w:rsidR="00DF262E">
              <w:t>e</w:t>
            </w:r>
            <w:r w:rsidR="00656C70">
              <w:t>ntare</w:t>
            </w:r>
            <w:r w:rsidR="00DF262E">
              <w:t>,</w:t>
            </w:r>
            <w:r w:rsidRPr="004244F5">
              <w:t xml:space="preserve"> impact și rezultate obținute etc)</w:t>
            </w:r>
          </w:p>
          <w:p w14:paraId="36CCA70A" w14:textId="77777777" w:rsidR="0089587A" w:rsidRPr="004244F5" w:rsidRDefault="0089587A" w:rsidP="002B5129"/>
          <w:p w14:paraId="6430EB4B" w14:textId="77777777" w:rsidR="0089587A" w:rsidRPr="004244F5" w:rsidRDefault="0089587A" w:rsidP="002B5129"/>
          <w:p w14:paraId="43BF9315" w14:textId="77777777" w:rsidR="0089587A" w:rsidRPr="004244F5" w:rsidRDefault="0089587A" w:rsidP="002B5129">
            <w:r w:rsidRPr="004244F5">
              <w:t>Descrierea sumară a colaborării cu partenerii de implementare - autoritățile publice locale/ centrale etc.</w:t>
            </w:r>
          </w:p>
          <w:p w14:paraId="277A699E" w14:textId="77777777" w:rsidR="0089587A" w:rsidRPr="004244F5" w:rsidRDefault="0089587A" w:rsidP="002B5129"/>
          <w:p w14:paraId="1E3295D6" w14:textId="77777777" w:rsidR="0089587A" w:rsidRPr="004244F5" w:rsidRDefault="0089587A" w:rsidP="002B5129"/>
          <w:p w14:paraId="15AAF881" w14:textId="77777777" w:rsidR="0089587A" w:rsidRPr="004244F5" w:rsidRDefault="0089587A" w:rsidP="002B5129">
            <w:r w:rsidRPr="004244F5">
              <w:t>Descrierea sumară a serviciului social dezvoltat/ creat.</w:t>
            </w:r>
          </w:p>
          <w:p w14:paraId="5B0C2475" w14:textId="77777777" w:rsidR="0089587A" w:rsidRPr="004244F5" w:rsidRDefault="0089587A" w:rsidP="002B5129"/>
          <w:p w14:paraId="7BDF9429" w14:textId="77777777" w:rsidR="0089587A" w:rsidRPr="004244F5" w:rsidRDefault="0089587A" w:rsidP="002B5129"/>
        </w:tc>
      </w:tr>
      <w:tr w:rsidR="0089587A" w:rsidRPr="004244F5" w14:paraId="212BFC06" w14:textId="77777777" w:rsidTr="002B5129">
        <w:trPr>
          <w:cantSplit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7C81075" w14:textId="77777777" w:rsidR="0089587A" w:rsidRPr="004244F5" w:rsidRDefault="0089587A" w:rsidP="002B5129">
            <w:pPr>
              <w:spacing w:after="0"/>
            </w:pPr>
          </w:p>
        </w:tc>
      </w:tr>
    </w:tbl>
    <w:p w14:paraId="0305820D" w14:textId="77777777" w:rsidR="0089587A" w:rsidRDefault="0089587A" w:rsidP="00135C56"/>
    <w:p w14:paraId="3D934746" w14:textId="64EA13C6" w:rsidR="002C1C09" w:rsidRPr="004244F5" w:rsidRDefault="002C1C09" w:rsidP="00135C56">
      <w:r w:rsidRPr="004244F5">
        <w:br w:type="page"/>
      </w:r>
    </w:p>
    <w:p w14:paraId="30C76EF5" w14:textId="3CF8ED71" w:rsidR="00065B1B" w:rsidRPr="004244F5" w:rsidRDefault="00065B1B" w:rsidP="00065B1B">
      <w:pPr>
        <w:rPr>
          <w:b/>
          <w:bCs/>
        </w:rPr>
      </w:pPr>
      <w:r w:rsidRPr="00676178">
        <w:rPr>
          <w:b/>
          <w:bCs/>
          <w:color w:val="FF0000"/>
        </w:rPr>
        <w:t>Referința 2</w:t>
      </w:r>
      <w:r w:rsidRPr="004244F5">
        <w:rPr>
          <w:b/>
          <w:bCs/>
        </w:rPr>
        <w:t xml:space="preserve"> – </w:t>
      </w:r>
      <w:r w:rsidR="00CD71B2" w:rsidRPr="004244F5">
        <w:t xml:space="preserve">Proiect / Inițiativă similară </w:t>
      </w:r>
      <w:r w:rsidR="00353184">
        <w:rPr>
          <w:i/>
          <w:iCs/>
          <w:color w:val="FF0000"/>
        </w:rPr>
        <w:t>(</w:t>
      </w:r>
      <w:r w:rsidR="00353184" w:rsidRPr="004244F5">
        <w:rPr>
          <w:i/>
          <w:iCs/>
          <w:color w:val="FF0000"/>
        </w:rPr>
        <w:t xml:space="preserve">pagina </w:t>
      </w:r>
      <w:r w:rsidR="00353184">
        <w:rPr>
          <w:i/>
          <w:iCs/>
          <w:color w:val="FF0000"/>
        </w:rPr>
        <w:t xml:space="preserve">va fi ștearsă </w:t>
      </w:r>
      <w:r w:rsidR="00353184" w:rsidRPr="004244F5">
        <w:rPr>
          <w:i/>
          <w:iCs/>
          <w:color w:val="FF0000"/>
        </w:rPr>
        <w:t>dacă nu este completat</w:t>
      </w:r>
      <w:r w:rsidR="00353184">
        <w:rPr>
          <w:i/>
          <w:iCs/>
          <w:color w:val="FF0000"/>
        </w:rPr>
        <w:t>ă</w:t>
      </w:r>
      <w:r w:rsidR="00353184" w:rsidRPr="004244F5">
        <w:rPr>
          <w:i/>
          <w:iCs/>
          <w:color w:val="FF0000"/>
        </w:rPr>
        <w:t>)</w:t>
      </w:r>
    </w:p>
    <w:tbl>
      <w:tblPr>
        <w:tblW w:w="13608" w:type="dxa"/>
        <w:tblInd w:w="1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254"/>
        <w:gridCol w:w="6354"/>
      </w:tblGrid>
      <w:tr w:rsidR="0089587A" w:rsidRPr="004244F5" w14:paraId="11F36D22" w14:textId="77777777" w:rsidTr="002B5129">
        <w:trPr>
          <w:cantSplit/>
          <w:trHeight w:val="60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4166"/>
          </w:tcPr>
          <w:p w14:paraId="551140E5" w14:textId="77777777" w:rsidR="0089587A" w:rsidRPr="004244F5" w:rsidRDefault="0089587A" w:rsidP="002B5129">
            <w:pPr>
              <w:spacing w:after="0"/>
            </w:pPr>
          </w:p>
        </w:tc>
      </w:tr>
      <w:tr w:rsidR="0089587A" w:rsidRPr="004244F5" w14:paraId="36A41318" w14:textId="77777777" w:rsidTr="002B5129">
        <w:trPr>
          <w:cantSplit/>
          <w:trHeight w:val="60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5FF5" w14:textId="77777777" w:rsidR="0089587A" w:rsidRPr="004244F5" w:rsidRDefault="0089587A" w:rsidP="002B5129">
            <w:pPr>
              <w:spacing w:after="0"/>
            </w:pPr>
            <w:r w:rsidRPr="004244F5">
              <w:rPr>
                <w:b/>
                <w:bCs/>
              </w:rPr>
              <w:t>Numele organizației implementatoare:</w:t>
            </w:r>
          </w:p>
        </w:tc>
      </w:tr>
      <w:tr w:rsidR="0089587A" w:rsidRPr="004244F5" w14:paraId="16B67690" w14:textId="77777777" w:rsidTr="002B5129">
        <w:trPr>
          <w:cantSplit/>
          <w:trHeight w:val="281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D586F" w14:textId="77777777" w:rsidR="0089587A" w:rsidRPr="004244F5" w:rsidRDefault="0089587A" w:rsidP="002B5129">
            <w:pPr>
              <w:spacing w:after="0"/>
            </w:pPr>
            <w:r w:rsidRPr="004244F5">
              <w:rPr>
                <w:b/>
                <w:bCs/>
              </w:rPr>
              <w:t>Titlul proiectului:</w:t>
            </w:r>
          </w:p>
        </w:tc>
      </w:tr>
      <w:tr w:rsidR="0089587A" w:rsidRPr="004244F5" w14:paraId="24FC005B" w14:textId="77777777" w:rsidTr="002B5129">
        <w:trPr>
          <w:cantSplit/>
          <w:trHeight w:val="281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F3CCA" w14:textId="77777777" w:rsidR="0089587A" w:rsidRPr="004244F5" w:rsidRDefault="0089587A" w:rsidP="002B5129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 xml:space="preserve">Organizația Donatoare: </w:t>
            </w:r>
            <w:r w:rsidRPr="004244F5">
              <w:t>(de exemplu: Uniunea Europeană sau Uniunea Europeană prin intermediul Keystone Moldova)</w:t>
            </w:r>
          </w:p>
        </w:tc>
      </w:tr>
      <w:tr w:rsidR="0089587A" w:rsidRPr="004244F5" w14:paraId="7B2F1EC8" w14:textId="77777777" w:rsidTr="002B5129">
        <w:trPr>
          <w:cantSplit/>
          <w:trHeight w:val="281"/>
        </w:trPr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56FB" w14:textId="77777777" w:rsidR="0089587A" w:rsidRPr="004244F5" w:rsidRDefault="0089587A" w:rsidP="002B5129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>Perioada de implementare:</w:t>
            </w:r>
            <w:r w:rsidRPr="004244F5">
              <w:t xml:space="preserve"> (din zz/ll/aaaa până la zz/ll/aaaa – x luni)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3D6AA" w14:textId="77777777" w:rsidR="0089587A" w:rsidRPr="004244F5" w:rsidRDefault="0089587A" w:rsidP="002B5129">
            <w:pPr>
              <w:spacing w:after="0"/>
            </w:pPr>
            <w:r w:rsidRPr="004244F5">
              <w:rPr>
                <w:b/>
                <w:bCs/>
              </w:rPr>
              <w:t>Bugetul propunerii de proiect, EUR:</w:t>
            </w:r>
            <w:r w:rsidRPr="004244F5">
              <w:t xml:space="preserve"> xx xxx EUR</w:t>
            </w:r>
          </w:p>
        </w:tc>
      </w:tr>
      <w:tr w:rsidR="0089587A" w:rsidRPr="004244F5" w14:paraId="63B38909" w14:textId="77777777" w:rsidTr="002B5129">
        <w:trPr>
          <w:cantSplit/>
          <w:trHeight w:val="281"/>
        </w:trPr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D591" w14:textId="77777777" w:rsidR="0089587A" w:rsidRPr="004244F5" w:rsidRDefault="0089587A" w:rsidP="002B5129">
            <w:pPr>
              <w:spacing w:after="0"/>
            </w:pPr>
            <w:r w:rsidRPr="004244F5">
              <w:rPr>
                <w:b/>
                <w:bCs/>
              </w:rPr>
              <w:t>Grupuri-țintă: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9FFB5" w14:textId="77777777" w:rsidR="0089587A" w:rsidRPr="004244F5" w:rsidRDefault="0089587A" w:rsidP="002B5129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 xml:space="preserve">Rolul organizației: </w:t>
            </w:r>
            <w:r w:rsidRPr="004244F5">
              <w:t>Implementator / partener etc.</w:t>
            </w:r>
          </w:p>
        </w:tc>
      </w:tr>
      <w:tr w:rsidR="0089587A" w:rsidRPr="004244F5" w14:paraId="1814C2C2" w14:textId="77777777" w:rsidTr="002B5129">
        <w:trPr>
          <w:cantSplit/>
          <w:trHeight w:val="104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4166"/>
          </w:tcPr>
          <w:p w14:paraId="799D06A4" w14:textId="77777777" w:rsidR="0089587A" w:rsidRPr="004244F5" w:rsidRDefault="0089587A" w:rsidP="002B5129">
            <w:pPr>
              <w:spacing w:after="0"/>
            </w:pPr>
          </w:p>
        </w:tc>
      </w:tr>
      <w:tr w:rsidR="0089587A" w:rsidRPr="004244F5" w14:paraId="0B927CDF" w14:textId="77777777" w:rsidTr="002B5129">
        <w:trPr>
          <w:cantSplit/>
          <w:trHeight w:val="1218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8045A5" w14:textId="56E76BA2" w:rsidR="0089587A" w:rsidRPr="004244F5" w:rsidRDefault="0089587A" w:rsidP="002B5129">
            <w:r w:rsidRPr="004244F5">
              <w:t xml:space="preserve">Descrierea sumară a proiectului implementat (scop, obiective, </w:t>
            </w:r>
            <w:r w:rsidR="004C74DD">
              <w:t xml:space="preserve">aria de implementare, </w:t>
            </w:r>
            <w:r w:rsidRPr="004244F5">
              <w:t>impact și rezultate obținute etc)</w:t>
            </w:r>
          </w:p>
          <w:p w14:paraId="26FCBB7C" w14:textId="77777777" w:rsidR="0089587A" w:rsidRPr="004244F5" w:rsidRDefault="0089587A" w:rsidP="002B5129"/>
          <w:p w14:paraId="48B1574B" w14:textId="77777777" w:rsidR="0089587A" w:rsidRPr="004244F5" w:rsidRDefault="0089587A" w:rsidP="002B5129"/>
          <w:p w14:paraId="566EAA84" w14:textId="77777777" w:rsidR="0089587A" w:rsidRPr="004244F5" w:rsidRDefault="0089587A" w:rsidP="002B5129">
            <w:r w:rsidRPr="004244F5">
              <w:t>Descrierea sumară a colaborării cu partenerii de implementare - autoritățile publice locale/ centrale etc.</w:t>
            </w:r>
          </w:p>
          <w:p w14:paraId="6E9074B9" w14:textId="77777777" w:rsidR="0089587A" w:rsidRPr="004244F5" w:rsidRDefault="0089587A" w:rsidP="002B5129"/>
          <w:p w14:paraId="36DAD731" w14:textId="77777777" w:rsidR="0089587A" w:rsidRPr="004244F5" w:rsidRDefault="0089587A" w:rsidP="002B5129"/>
          <w:p w14:paraId="047E418E" w14:textId="77777777" w:rsidR="0089587A" w:rsidRPr="004244F5" w:rsidRDefault="0089587A" w:rsidP="002B5129">
            <w:r w:rsidRPr="004244F5">
              <w:t>Descrierea sumară a serviciului social dezvoltat/ creat.</w:t>
            </w:r>
          </w:p>
          <w:p w14:paraId="7AA59463" w14:textId="77777777" w:rsidR="0089587A" w:rsidRPr="004244F5" w:rsidRDefault="0089587A" w:rsidP="002B5129"/>
          <w:p w14:paraId="3D3A95D2" w14:textId="77777777" w:rsidR="0089587A" w:rsidRPr="004244F5" w:rsidRDefault="0089587A" w:rsidP="002B5129"/>
        </w:tc>
      </w:tr>
      <w:tr w:rsidR="0089587A" w:rsidRPr="004244F5" w14:paraId="15311493" w14:textId="77777777" w:rsidTr="002B5129">
        <w:trPr>
          <w:cantSplit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DCD39DA" w14:textId="77777777" w:rsidR="0089587A" w:rsidRPr="004244F5" w:rsidRDefault="0089587A" w:rsidP="002B5129">
            <w:pPr>
              <w:spacing w:after="0"/>
            </w:pPr>
          </w:p>
        </w:tc>
      </w:tr>
    </w:tbl>
    <w:p w14:paraId="240615B3" w14:textId="77777777" w:rsidR="0089587A" w:rsidRDefault="0089587A">
      <w:pPr>
        <w:jc w:val="left"/>
      </w:pPr>
    </w:p>
    <w:p w14:paraId="3251C1B3" w14:textId="67F7AF1F" w:rsidR="00065B1B" w:rsidRPr="004244F5" w:rsidRDefault="00065B1B">
      <w:pPr>
        <w:jc w:val="left"/>
      </w:pPr>
      <w:r w:rsidRPr="004244F5">
        <w:br w:type="page"/>
      </w:r>
    </w:p>
    <w:p w14:paraId="710DD8A3" w14:textId="569AE1D9" w:rsidR="00065B1B" w:rsidRPr="004244F5" w:rsidRDefault="00065B1B" w:rsidP="00065B1B">
      <w:pPr>
        <w:rPr>
          <w:b/>
          <w:bCs/>
        </w:rPr>
      </w:pPr>
      <w:r w:rsidRPr="00676178">
        <w:rPr>
          <w:b/>
          <w:bCs/>
          <w:color w:val="FF0000"/>
        </w:rPr>
        <w:t>Referința 3</w:t>
      </w:r>
      <w:r w:rsidRPr="004244F5">
        <w:rPr>
          <w:b/>
          <w:bCs/>
        </w:rPr>
        <w:t xml:space="preserve"> – </w:t>
      </w:r>
      <w:r w:rsidR="00CD71B2" w:rsidRPr="004244F5">
        <w:t xml:space="preserve">Proiect / Inițiativă similară </w:t>
      </w:r>
      <w:r w:rsidR="00353184">
        <w:rPr>
          <w:i/>
          <w:iCs/>
          <w:color w:val="FF0000"/>
        </w:rPr>
        <w:t>(</w:t>
      </w:r>
      <w:r w:rsidR="00353184" w:rsidRPr="004244F5">
        <w:rPr>
          <w:i/>
          <w:iCs/>
          <w:color w:val="FF0000"/>
        </w:rPr>
        <w:t xml:space="preserve">pagina </w:t>
      </w:r>
      <w:r w:rsidR="00353184">
        <w:rPr>
          <w:i/>
          <w:iCs/>
          <w:color w:val="FF0000"/>
        </w:rPr>
        <w:t xml:space="preserve">va fi ștearsă </w:t>
      </w:r>
      <w:r w:rsidR="00353184" w:rsidRPr="004244F5">
        <w:rPr>
          <w:i/>
          <w:iCs/>
          <w:color w:val="FF0000"/>
        </w:rPr>
        <w:t>dacă nu este completat</w:t>
      </w:r>
      <w:r w:rsidR="00353184">
        <w:rPr>
          <w:i/>
          <w:iCs/>
          <w:color w:val="FF0000"/>
        </w:rPr>
        <w:t>ă</w:t>
      </w:r>
      <w:r w:rsidR="00353184" w:rsidRPr="004244F5">
        <w:rPr>
          <w:i/>
          <w:iCs/>
          <w:color w:val="FF0000"/>
        </w:rPr>
        <w:t>)</w:t>
      </w:r>
    </w:p>
    <w:tbl>
      <w:tblPr>
        <w:tblW w:w="13608" w:type="dxa"/>
        <w:tblInd w:w="1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254"/>
        <w:gridCol w:w="6354"/>
      </w:tblGrid>
      <w:tr w:rsidR="0089587A" w:rsidRPr="004244F5" w14:paraId="7CF1293C" w14:textId="77777777" w:rsidTr="002B5129">
        <w:trPr>
          <w:cantSplit/>
          <w:trHeight w:val="60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4166"/>
          </w:tcPr>
          <w:p w14:paraId="2F702967" w14:textId="77777777" w:rsidR="0089587A" w:rsidRPr="004244F5" w:rsidRDefault="0089587A" w:rsidP="002B5129">
            <w:pPr>
              <w:spacing w:after="0"/>
            </w:pPr>
          </w:p>
        </w:tc>
      </w:tr>
      <w:tr w:rsidR="0089587A" w:rsidRPr="004244F5" w14:paraId="6F28E218" w14:textId="77777777" w:rsidTr="002B5129">
        <w:trPr>
          <w:cantSplit/>
          <w:trHeight w:val="60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7D450" w14:textId="77777777" w:rsidR="0089587A" w:rsidRPr="004244F5" w:rsidRDefault="0089587A" w:rsidP="002B5129">
            <w:pPr>
              <w:spacing w:after="0"/>
            </w:pPr>
            <w:r w:rsidRPr="004244F5">
              <w:rPr>
                <w:b/>
                <w:bCs/>
              </w:rPr>
              <w:t>Numele organizației implementatoare:</w:t>
            </w:r>
          </w:p>
        </w:tc>
      </w:tr>
      <w:tr w:rsidR="0089587A" w:rsidRPr="004244F5" w14:paraId="7645ACE5" w14:textId="77777777" w:rsidTr="002B5129">
        <w:trPr>
          <w:cantSplit/>
          <w:trHeight w:val="281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6952E" w14:textId="77777777" w:rsidR="0089587A" w:rsidRPr="004244F5" w:rsidRDefault="0089587A" w:rsidP="002B5129">
            <w:pPr>
              <w:spacing w:after="0"/>
            </w:pPr>
            <w:r w:rsidRPr="004244F5">
              <w:rPr>
                <w:b/>
                <w:bCs/>
              </w:rPr>
              <w:t>Titlul proiectului:</w:t>
            </w:r>
          </w:p>
        </w:tc>
      </w:tr>
      <w:tr w:rsidR="0089587A" w:rsidRPr="004244F5" w14:paraId="21FF8DA5" w14:textId="77777777" w:rsidTr="002B5129">
        <w:trPr>
          <w:cantSplit/>
          <w:trHeight w:val="281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6CD51" w14:textId="77777777" w:rsidR="0089587A" w:rsidRPr="004244F5" w:rsidRDefault="0089587A" w:rsidP="002B5129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 xml:space="preserve">Organizația Donatoare: </w:t>
            </w:r>
            <w:r w:rsidRPr="004244F5">
              <w:t>(de exemplu: Uniunea Europeană sau Uniunea Europeană prin intermediul Keystone Moldova)</w:t>
            </w:r>
          </w:p>
        </w:tc>
      </w:tr>
      <w:tr w:rsidR="0089587A" w:rsidRPr="004244F5" w14:paraId="439D6A31" w14:textId="77777777" w:rsidTr="002B5129">
        <w:trPr>
          <w:cantSplit/>
          <w:trHeight w:val="281"/>
        </w:trPr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B806" w14:textId="77777777" w:rsidR="0089587A" w:rsidRPr="004244F5" w:rsidRDefault="0089587A" w:rsidP="002B5129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>Perioada de implementare:</w:t>
            </w:r>
            <w:r w:rsidRPr="004244F5">
              <w:t xml:space="preserve"> (din zz/ll/aaaa până la zz/ll/aaaa – x luni)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AA27" w14:textId="77777777" w:rsidR="0089587A" w:rsidRPr="004244F5" w:rsidRDefault="0089587A" w:rsidP="002B5129">
            <w:pPr>
              <w:spacing w:after="0"/>
            </w:pPr>
            <w:r w:rsidRPr="004244F5">
              <w:rPr>
                <w:b/>
                <w:bCs/>
              </w:rPr>
              <w:t>Bugetul propunerii de proiect, EUR:</w:t>
            </w:r>
            <w:r w:rsidRPr="004244F5">
              <w:t xml:space="preserve"> xx xxx EUR</w:t>
            </w:r>
          </w:p>
        </w:tc>
      </w:tr>
      <w:tr w:rsidR="0089587A" w:rsidRPr="004244F5" w14:paraId="307B0514" w14:textId="77777777" w:rsidTr="002B5129">
        <w:trPr>
          <w:cantSplit/>
          <w:trHeight w:val="281"/>
        </w:trPr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FB358" w14:textId="77777777" w:rsidR="0089587A" w:rsidRPr="004244F5" w:rsidRDefault="0089587A" w:rsidP="002B5129">
            <w:pPr>
              <w:spacing w:after="0"/>
            </w:pPr>
            <w:r w:rsidRPr="004244F5">
              <w:rPr>
                <w:b/>
                <w:bCs/>
              </w:rPr>
              <w:t>Grupuri-țintă: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ECC4" w14:textId="77777777" w:rsidR="0089587A" w:rsidRPr="004244F5" w:rsidRDefault="0089587A" w:rsidP="002B5129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 xml:space="preserve">Rolul organizației: </w:t>
            </w:r>
            <w:r w:rsidRPr="004244F5">
              <w:t>Implementator / partener etc.</w:t>
            </w:r>
          </w:p>
        </w:tc>
      </w:tr>
      <w:tr w:rsidR="0089587A" w:rsidRPr="004244F5" w14:paraId="6659961C" w14:textId="77777777" w:rsidTr="002B5129">
        <w:trPr>
          <w:cantSplit/>
          <w:trHeight w:val="104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4166"/>
          </w:tcPr>
          <w:p w14:paraId="7A7E9CFD" w14:textId="77777777" w:rsidR="0089587A" w:rsidRPr="004244F5" w:rsidRDefault="0089587A" w:rsidP="002B5129">
            <w:pPr>
              <w:spacing w:after="0"/>
            </w:pPr>
          </w:p>
        </w:tc>
      </w:tr>
      <w:tr w:rsidR="0089587A" w:rsidRPr="004244F5" w14:paraId="60F33034" w14:textId="77777777" w:rsidTr="002B5129">
        <w:trPr>
          <w:cantSplit/>
          <w:trHeight w:val="1218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E0A849" w14:textId="6BADD426" w:rsidR="0089587A" w:rsidRPr="004244F5" w:rsidRDefault="0089587A" w:rsidP="002B5129">
            <w:r w:rsidRPr="004244F5">
              <w:t xml:space="preserve">Descrierea sumară a proiectului implementat (scop, obiective, </w:t>
            </w:r>
            <w:r w:rsidR="00BB6487">
              <w:t xml:space="preserve">aria de implementare, </w:t>
            </w:r>
            <w:r w:rsidRPr="004244F5">
              <w:t xml:space="preserve"> impact și rezultate obținute etc)</w:t>
            </w:r>
          </w:p>
          <w:p w14:paraId="66A4B283" w14:textId="77777777" w:rsidR="0089587A" w:rsidRPr="004244F5" w:rsidRDefault="0089587A" w:rsidP="002B5129"/>
          <w:p w14:paraId="57613C0E" w14:textId="77777777" w:rsidR="0089587A" w:rsidRPr="004244F5" w:rsidRDefault="0089587A" w:rsidP="002B5129"/>
          <w:p w14:paraId="4849D794" w14:textId="77777777" w:rsidR="0089587A" w:rsidRPr="004244F5" w:rsidRDefault="0089587A" w:rsidP="002B5129">
            <w:r w:rsidRPr="004244F5">
              <w:t>Descrierea sumară a colaborării cu partenerii de implementare - autoritățile publice locale/ centrale etc.</w:t>
            </w:r>
          </w:p>
          <w:p w14:paraId="53E01138" w14:textId="77777777" w:rsidR="0089587A" w:rsidRPr="004244F5" w:rsidRDefault="0089587A" w:rsidP="002B5129"/>
          <w:p w14:paraId="560183FC" w14:textId="77777777" w:rsidR="0089587A" w:rsidRPr="004244F5" w:rsidRDefault="0089587A" w:rsidP="002B5129"/>
          <w:p w14:paraId="133130F1" w14:textId="77777777" w:rsidR="0089587A" w:rsidRPr="004244F5" w:rsidRDefault="0089587A" w:rsidP="002B5129">
            <w:r w:rsidRPr="004244F5">
              <w:t>Descrierea sumară a serviciului social dezvoltat/ creat.</w:t>
            </w:r>
          </w:p>
          <w:p w14:paraId="612F5195" w14:textId="77777777" w:rsidR="0089587A" w:rsidRPr="004244F5" w:rsidRDefault="0089587A" w:rsidP="002B5129"/>
          <w:p w14:paraId="6F59BEA2" w14:textId="77777777" w:rsidR="0089587A" w:rsidRPr="004244F5" w:rsidRDefault="0089587A" w:rsidP="002B5129"/>
        </w:tc>
      </w:tr>
      <w:tr w:rsidR="0089587A" w:rsidRPr="004244F5" w14:paraId="0051E2B5" w14:textId="77777777" w:rsidTr="002B5129">
        <w:trPr>
          <w:cantSplit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C8D35B2" w14:textId="77777777" w:rsidR="0089587A" w:rsidRPr="004244F5" w:rsidRDefault="0089587A" w:rsidP="002B5129">
            <w:pPr>
              <w:spacing w:after="0"/>
            </w:pPr>
          </w:p>
        </w:tc>
      </w:tr>
    </w:tbl>
    <w:p w14:paraId="195E5B9F" w14:textId="77777777" w:rsidR="0089587A" w:rsidRDefault="0089587A" w:rsidP="00135C56"/>
    <w:p w14:paraId="6C9C4C67" w14:textId="69310A20" w:rsidR="002C1C09" w:rsidRPr="004244F5" w:rsidRDefault="002C1C09" w:rsidP="00135C56">
      <w:r w:rsidRPr="004244F5">
        <w:br w:type="page"/>
      </w:r>
    </w:p>
    <w:p w14:paraId="49B4A816" w14:textId="703305CA" w:rsidR="0089587A" w:rsidRDefault="00065B1B" w:rsidP="0089587A">
      <w:pPr>
        <w:rPr>
          <w:i/>
          <w:iCs/>
          <w:color w:val="FF0000"/>
        </w:rPr>
      </w:pPr>
      <w:r w:rsidRPr="00676178">
        <w:rPr>
          <w:b/>
          <w:bCs/>
          <w:color w:val="FF0000"/>
        </w:rPr>
        <w:t>Referința 4</w:t>
      </w:r>
      <w:r w:rsidRPr="004244F5">
        <w:rPr>
          <w:b/>
          <w:bCs/>
        </w:rPr>
        <w:t xml:space="preserve"> –</w:t>
      </w:r>
      <w:r w:rsidR="00CD71B2" w:rsidRPr="004244F5">
        <w:t xml:space="preserve"> Proiect / Inițiativă similară </w:t>
      </w:r>
      <w:r w:rsidR="00353184">
        <w:rPr>
          <w:i/>
          <w:iCs/>
          <w:color w:val="FF0000"/>
        </w:rPr>
        <w:t>(</w:t>
      </w:r>
      <w:r w:rsidR="00353184" w:rsidRPr="004244F5">
        <w:rPr>
          <w:i/>
          <w:iCs/>
          <w:color w:val="FF0000"/>
        </w:rPr>
        <w:t xml:space="preserve">pagina </w:t>
      </w:r>
      <w:r w:rsidR="00353184">
        <w:rPr>
          <w:i/>
          <w:iCs/>
          <w:color w:val="FF0000"/>
        </w:rPr>
        <w:t xml:space="preserve">va fi ștearsă </w:t>
      </w:r>
      <w:r w:rsidR="00353184" w:rsidRPr="004244F5">
        <w:rPr>
          <w:i/>
          <w:iCs/>
          <w:color w:val="FF0000"/>
        </w:rPr>
        <w:t>dacă nu este completat</w:t>
      </w:r>
      <w:r w:rsidR="00353184">
        <w:rPr>
          <w:i/>
          <w:iCs/>
          <w:color w:val="FF0000"/>
        </w:rPr>
        <w:t>ă</w:t>
      </w:r>
      <w:r w:rsidR="00353184" w:rsidRPr="004244F5">
        <w:rPr>
          <w:i/>
          <w:iCs/>
          <w:color w:val="FF0000"/>
        </w:rPr>
        <w:t>)</w:t>
      </w:r>
    </w:p>
    <w:tbl>
      <w:tblPr>
        <w:tblW w:w="13608" w:type="dxa"/>
        <w:tblInd w:w="1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254"/>
        <w:gridCol w:w="6354"/>
      </w:tblGrid>
      <w:tr w:rsidR="00353184" w:rsidRPr="004244F5" w14:paraId="1DD183C3" w14:textId="77777777" w:rsidTr="002B5129">
        <w:trPr>
          <w:cantSplit/>
          <w:trHeight w:val="60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4166"/>
          </w:tcPr>
          <w:p w14:paraId="2F34F616" w14:textId="77777777" w:rsidR="00353184" w:rsidRPr="004244F5" w:rsidRDefault="00353184" w:rsidP="002B5129">
            <w:pPr>
              <w:spacing w:after="0"/>
            </w:pPr>
          </w:p>
        </w:tc>
      </w:tr>
      <w:tr w:rsidR="00353184" w:rsidRPr="004244F5" w14:paraId="06072260" w14:textId="77777777" w:rsidTr="002B5129">
        <w:trPr>
          <w:cantSplit/>
          <w:trHeight w:val="60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87FAF" w14:textId="77777777" w:rsidR="00353184" w:rsidRPr="004244F5" w:rsidRDefault="00353184" w:rsidP="002B5129">
            <w:pPr>
              <w:spacing w:after="0"/>
            </w:pPr>
            <w:r w:rsidRPr="004244F5">
              <w:rPr>
                <w:b/>
                <w:bCs/>
              </w:rPr>
              <w:t>Numele organizației implementatoare:</w:t>
            </w:r>
          </w:p>
        </w:tc>
      </w:tr>
      <w:tr w:rsidR="00353184" w:rsidRPr="004244F5" w14:paraId="552CE259" w14:textId="77777777" w:rsidTr="002B5129">
        <w:trPr>
          <w:cantSplit/>
          <w:trHeight w:val="281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64C6" w14:textId="77777777" w:rsidR="00353184" w:rsidRPr="004244F5" w:rsidRDefault="00353184" w:rsidP="002B5129">
            <w:pPr>
              <w:spacing w:after="0"/>
            </w:pPr>
            <w:r w:rsidRPr="004244F5">
              <w:rPr>
                <w:b/>
                <w:bCs/>
              </w:rPr>
              <w:t>Titlul proiectului:</w:t>
            </w:r>
          </w:p>
        </w:tc>
      </w:tr>
      <w:tr w:rsidR="00353184" w:rsidRPr="004244F5" w14:paraId="7849E618" w14:textId="77777777" w:rsidTr="002B5129">
        <w:trPr>
          <w:cantSplit/>
          <w:trHeight w:val="281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4D65" w14:textId="77777777" w:rsidR="00353184" w:rsidRPr="004244F5" w:rsidRDefault="00353184" w:rsidP="002B5129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 xml:space="preserve">Organizația Donatoare: </w:t>
            </w:r>
            <w:r w:rsidRPr="004244F5">
              <w:t>(de exemplu: Uniunea Europeană sau Uniunea Europeană prin intermediul Keystone Moldova)</w:t>
            </w:r>
          </w:p>
        </w:tc>
      </w:tr>
      <w:tr w:rsidR="00353184" w:rsidRPr="004244F5" w14:paraId="0F20BD7D" w14:textId="77777777" w:rsidTr="002B5129">
        <w:trPr>
          <w:cantSplit/>
          <w:trHeight w:val="281"/>
        </w:trPr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0EB8" w14:textId="77777777" w:rsidR="00353184" w:rsidRPr="004244F5" w:rsidRDefault="00353184" w:rsidP="002B5129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>Perioada de implementare:</w:t>
            </w:r>
            <w:r w:rsidRPr="004244F5">
              <w:t xml:space="preserve"> (din zz/ll/aaaa până la zz/ll/aaaa – x luni)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872D" w14:textId="77777777" w:rsidR="00353184" w:rsidRPr="004244F5" w:rsidRDefault="00353184" w:rsidP="002B5129">
            <w:pPr>
              <w:spacing w:after="0"/>
            </w:pPr>
            <w:r w:rsidRPr="004244F5">
              <w:rPr>
                <w:b/>
                <w:bCs/>
              </w:rPr>
              <w:t>Bugetul propunerii de proiect, EUR:</w:t>
            </w:r>
            <w:r w:rsidRPr="004244F5">
              <w:t xml:space="preserve"> xx xxx EUR</w:t>
            </w:r>
          </w:p>
        </w:tc>
      </w:tr>
      <w:tr w:rsidR="00353184" w:rsidRPr="004244F5" w14:paraId="440CB6A4" w14:textId="77777777" w:rsidTr="002B5129">
        <w:trPr>
          <w:cantSplit/>
          <w:trHeight w:val="281"/>
        </w:trPr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22CDD" w14:textId="77777777" w:rsidR="00353184" w:rsidRPr="004244F5" w:rsidRDefault="00353184" w:rsidP="002B5129">
            <w:pPr>
              <w:spacing w:after="0"/>
            </w:pPr>
            <w:r w:rsidRPr="004244F5">
              <w:rPr>
                <w:b/>
                <w:bCs/>
              </w:rPr>
              <w:t>Grupuri-țintă: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00CED" w14:textId="77777777" w:rsidR="00353184" w:rsidRPr="004244F5" w:rsidRDefault="00353184" w:rsidP="002B5129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 xml:space="preserve">Rolul organizației: </w:t>
            </w:r>
            <w:r w:rsidRPr="004244F5">
              <w:t>Implementator / partener etc.</w:t>
            </w:r>
          </w:p>
        </w:tc>
      </w:tr>
      <w:tr w:rsidR="00353184" w:rsidRPr="004244F5" w14:paraId="1F0E8720" w14:textId="77777777" w:rsidTr="002B5129">
        <w:trPr>
          <w:cantSplit/>
          <w:trHeight w:val="104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4166"/>
          </w:tcPr>
          <w:p w14:paraId="36C7838D" w14:textId="77777777" w:rsidR="00353184" w:rsidRPr="004244F5" w:rsidRDefault="00353184" w:rsidP="002B5129">
            <w:pPr>
              <w:spacing w:after="0"/>
            </w:pPr>
          </w:p>
        </w:tc>
      </w:tr>
      <w:tr w:rsidR="00353184" w:rsidRPr="004244F5" w14:paraId="19067449" w14:textId="77777777" w:rsidTr="002B5129">
        <w:trPr>
          <w:cantSplit/>
          <w:trHeight w:val="1218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62945F" w14:textId="5A5FF518" w:rsidR="00353184" w:rsidRPr="004244F5" w:rsidRDefault="00353184" w:rsidP="002B5129">
            <w:r w:rsidRPr="004244F5">
              <w:t xml:space="preserve">Descrierea sumară a proiectului implementat (scop, obiective, </w:t>
            </w:r>
            <w:r w:rsidR="0091417C">
              <w:t>aria de implementare,</w:t>
            </w:r>
            <w:r w:rsidRPr="004244F5">
              <w:t xml:space="preserve"> impact și rezultate obținute etc)</w:t>
            </w:r>
          </w:p>
          <w:p w14:paraId="5FE2A766" w14:textId="77777777" w:rsidR="00353184" w:rsidRPr="004244F5" w:rsidRDefault="00353184" w:rsidP="002B5129"/>
          <w:p w14:paraId="153CD850" w14:textId="77777777" w:rsidR="00353184" w:rsidRPr="004244F5" w:rsidRDefault="00353184" w:rsidP="002B5129"/>
          <w:p w14:paraId="5A4329E3" w14:textId="77777777" w:rsidR="00353184" w:rsidRPr="004244F5" w:rsidRDefault="00353184" w:rsidP="002B5129">
            <w:r w:rsidRPr="004244F5">
              <w:t>Descrierea sumară a colaborării cu partenerii de implementare - autoritățile publice locale/ centrale etc.</w:t>
            </w:r>
          </w:p>
          <w:p w14:paraId="5DAAC57A" w14:textId="77777777" w:rsidR="00353184" w:rsidRPr="004244F5" w:rsidRDefault="00353184" w:rsidP="002B5129"/>
          <w:p w14:paraId="7B66B541" w14:textId="77777777" w:rsidR="00353184" w:rsidRPr="004244F5" w:rsidRDefault="00353184" w:rsidP="002B5129"/>
          <w:p w14:paraId="2E4479F2" w14:textId="77777777" w:rsidR="00353184" w:rsidRPr="004244F5" w:rsidRDefault="00353184" w:rsidP="002B5129">
            <w:r w:rsidRPr="004244F5">
              <w:t>Descrierea sumară a serviciului social dezvoltat/ creat.</w:t>
            </w:r>
          </w:p>
          <w:p w14:paraId="14071228" w14:textId="77777777" w:rsidR="00353184" w:rsidRPr="004244F5" w:rsidRDefault="00353184" w:rsidP="002B5129"/>
          <w:p w14:paraId="6E5048D1" w14:textId="77777777" w:rsidR="00353184" w:rsidRPr="004244F5" w:rsidRDefault="00353184" w:rsidP="002B5129"/>
        </w:tc>
      </w:tr>
      <w:tr w:rsidR="00353184" w:rsidRPr="004244F5" w14:paraId="6E426A2E" w14:textId="77777777" w:rsidTr="002B5129">
        <w:trPr>
          <w:cantSplit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7A7DFD3" w14:textId="77777777" w:rsidR="00353184" w:rsidRPr="004244F5" w:rsidRDefault="00353184" w:rsidP="002B5129">
            <w:pPr>
              <w:spacing w:after="0"/>
            </w:pPr>
          </w:p>
        </w:tc>
      </w:tr>
    </w:tbl>
    <w:p w14:paraId="46B3749B" w14:textId="77777777" w:rsidR="00353184" w:rsidRDefault="00353184">
      <w:pPr>
        <w:jc w:val="left"/>
        <w:rPr>
          <w:b/>
          <w:bCs/>
        </w:rPr>
      </w:pPr>
    </w:p>
    <w:p w14:paraId="10132FD5" w14:textId="0A53AA28" w:rsidR="00CD71B2" w:rsidRPr="004244F5" w:rsidRDefault="00CD71B2">
      <w:pPr>
        <w:jc w:val="left"/>
        <w:rPr>
          <w:b/>
          <w:bCs/>
        </w:rPr>
      </w:pPr>
      <w:r w:rsidRPr="004244F5">
        <w:rPr>
          <w:b/>
          <w:bCs/>
        </w:rPr>
        <w:br w:type="page"/>
      </w:r>
    </w:p>
    <w:p w14:paraId="6E8E5018" w14:textId="5F116B91" w:rsidR="00CD71B2" w:rsidRPr="004244F5" w:rsidRDefault="00CD71B2" w:rsidP="00CD71B2">
      <w:pPr>
        <w:rPr>
          <w:b/>
          <w:bCs/>
        </w:rPr>
      </w:pPr>
      <w:r w:rsidRPr="00676178">
        <w:rPr>
          <w:b/>
          <w:bCs/>
          <w:color w:val="FF0000"/>
        </w:rPr>
        <w:t>Referința 5</w:t>
      </w:r>
      <w:r w:rsidRPr="004244F5">
        <w:rPr>
          <w:b/>
          <w:bCs/>
        </w:rPr>
        <w:t xml:space="preserve"> –</w:t>
      </w:r>
      <w:r w:rsidRPr="004244F5">
        <w:t xml:space="preserve"> Proiect / Inițiativă similară </w:t>
      </w:r>
      <w:r w:rsidR="00353184">
        <w:rPr>
          <w:i/>
          <w:iCs/>
          <w:color w:val="FF0000"/>
        </w:rPr>
        <w:t>(</w:t>
      </w:r>
      <w:r w:rsidR="00353184" w:rsidRPr="004244F5">
        <w:rPr>
          <w:i/>
          <w:iCs/>
          <w:color w:val="FF0000"/>
        </w:rPr>
        <w:t xml:space="preserve">pagina </w:t>
      </w:r>
      <w:r w:rsidR="00353184">
        <w:rPr>
          <w:i/>
          <w:iCs/>
          <w:color w:val="FF0000"/>
        </w:rPr>
        <w:t xml:space="preserve">va fi ștearsă </w:t>
      </w:r>
      <w:r w:rsidR="00353184" w:rsidRPr="004244F5">
        <w:rPr>
          <w:i/>
          <w:iCs/>
          <w:color w:val="FF0000"/>
        </w:rPr>
        <w:t>dacă nu este completat</w:t>
      </w:r>
      <w:r w:rsidR="00353184">
        <w:rPr>
          <w:i/>
          <w:iCs/>
          <w:color w:val="FF0000"/>
        </w:rPr>
        <w:t>ă</w:t>
      </w:r>
      <w:r w:rsidR="00353184" w:rsidRPr="004244F5">
        <w:rPr>
          <w:i/>
          <w:iCs/>
          <w:color w:val="FF0000"/>
        </w:rPr>
        <w:t>)</w:t>
      </w:r>
    </w:p>
    <w:tbl>
      <w:tblPr>
        <w:tblW w:w="13608" w:type="dxa"/>
        <w:tblInd w:w="1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254"/>
        <w:gridCol w:w="6354"/>
      </w:tblGrid>
      <w:tr w:rsidR="00CD71B2" w:rsidRPr="004244F5" w14:paraId="732FF31A" w14:textId="77777777" w:rsidTr="0089587A">
        <w:trPr>
          <w:cantSplit/>
          <w:trHeight w:val="60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4166"/>
          </w:tcPr>
          <w:p w14:paraId="64A398F6" w14:textId="77777777" w:rsidR="00CD71B2" w:rsidRPr="004244F5" w:rsidRDefault="00CD71B2" w:rsidP="0089587A">
            <w:pPr>
              <w:spacing w:after="0"/>
            </w:pPr>
          </w:p>
        </w:tc>
      </w:tr>
      <w:tr w:rsidR="00CD71B2" w:rsidRPr="004244F5" w14:paraId="11EA00F4" w14:textId="77777777" w:rsidTr="0089587A">
        <w:trPr>
          <w:cantSplit/>
          <w:trHeight w:val="60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0F34" w14:textId="77777777" w:rsidR="00CD71B2" w:rsidRPr="004244F5" w:rsidRDefault="00CD71B2" w:rsidP="0089587A">
            <w:pPr>
              <w:spacing w:after="0"/>
            </w:pPr>
            <w:r w:rsidRPr="004244F5">
              <w:rPr>
                <w:b/>
                <w:bCs/>
              </w:rPr>
              <w:t>Numele organizației implementatoare:</w:t>
            </w:r>
          </w:p>
        </w:tc>
      </w:tr>
      <w:tr w:rsidR="00CD71B2" w:rsidRPr="004244F5" w14:paraId="220D7EF0" w14:textId="77777777" w:rsidTr="002B5129">
        <w:trPr>
          <w:cantSplit/>
          <w:trHeight w:val="281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59EB" w14:textId="77777777" w:rsidR="00CD71B2" w:rsidRPr="004244F5" w:rsidRDefault="00CD71B2" w:rsidP="0089587A">
            <w:pPr>
              <w:spacing w:after="0"/>
            </w:pPr>
            <w:r w:rsidRPr="004244F5">
              <w:rPr>
                <w:b/>
                <w:bCs/>
              </w:rPr>
              <w:t>Titlul proiectului:</w:t>
            </w:r>
          </w:p>
        </w:tc>
      </w:tr>
      <w:tr w:rsidR="00CD71B2" w:rsidRPr="004244F5" w14:paraId="6DDE2B30" w14:textId="77777777" w:rsidTr="002B5129">
        <w:trPr>
          <w:cantSplit/>
          <w:trHeight w:val="281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8C9C" w14:textId="77777777" w:rsidR="00CD71B2" w:rsidRPr="004244F5" w:rsidRDefault="00CD71B2" w:rsidP="0089587A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 xml:space="preserve">Organizația Donatoare: </w:t>
            </w:r>
            <w:r w:rsidRPr="004244F5">
              <w:t>(de exemplu: Uniunea Europeană sau Uniunea Europeană prin intermediul Keystone Moldova)</w:t>
            </w:r>
          </w:p>
        </w:tc>
      </w:tr>
      <w:tr w:rsidR="00CD71B2" w:rsidRPr="004244F5" w14:paraId="2BA2C5F6" w14:textId="77777777" w:rsidTr="002B5129">
        <w:trPr>
          <w:cantSplit/>
          <w:trHeight w:val="281"/>
        </w:trPr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BCDA4" w14:textId="77777777" w:rsidR="00CD71B2" w:rsidRPr="004244F5" w:rsidRDefault="00CD71B2" w:rsidP="0089587A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>Perioada de implementare:</w:t>
            </w:r>
            <w:r w:rsidRPr="004244F5">
              <w:t xml:space="preserve"> (din zz/ll/aaaa până la zz/ll/aaaa – x luni)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FA7F" w14:textId="77777777" w:rsidR="00CD71B2" w:rsidRPr="004244F5" w:rsidRDefault="00CD71B2" w:rsidP="0089587A">
            <w:pPr>
              <w:spacing w:after="0"/>
            </w:pPr>
            <w:r w:rsidRPr="004244F5">
              <w:rPr>
                <w:b/>
                <w:bCs/>
              </w:rPr>
              <w:t>Bugetul propunerii de proiect, EUR:</w:t>
            </w:r>
            <w:r w:rsidRPr="004244F5">
              <w:t xml:space="preserve"> xx xxx EUR</w:t>
            </w:r>
          </w:p>
        </w:tc>
      </w:tr>
      <w:tr w:rsidR="00CD71B2" w:rsidRPr="004244F5" w14:paraId="738F4025" w14:textId="77777777" w:rsidTr="002B5129">
        <w:trPr>
          <w:cantSplit/>
          <w:trHeight w:val="281"/>
        </w:trPr>
        <w:tc>
          <w:tcPr>
            <w:tcW w:w="7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3075" w14:textId="77777777" w:rsidR="00CD71B2" w:rsidRPr="004244F5" w:rsidRDefault="00CD71B2" w:rsidP="0089587A">
            <w:pPr>
              <w:spacing w:after="0"/>
            </w:pPr>
            <w:r w:rsidRPr="004244F5">
              <w:rPr>
                <w:b/>
                <w:bCs/>
              </w:rPr>
              <w:t>Grupuri-țintă: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B3EC" w14:textId="77777777" w:rsidR="00CD71B2" w:rsidRPr="004244F5" w:rsidRDefault="00CD71B2" w:rsidP="0089587A">
            <w:pPr>
              <w:spacing w:after="0"/>
              <w:rPr>
                <w:b/>
                <w:bCs/>
              </w:rPr>
            </w:pPr>
            <w:r w:rsidRPr="004244F5">
              <w:rPr>
                <w:b/>
                <w:bCs/>
              </w:rPr>
              <w:t xml:space="preserve">Rolul organizației: </w:t>
            </w:r>
            <w:r w:rsidRPr="004244F5">
              <w:t>Implementator / partener etc.</w:t>
            </w:r>
          </w:p>
        </w:tc>
      </w:tr>
      <w:tr w:rsidR="00CD71B2" w:rsidRPr="004244F5" w14:paraId="6CF2E511" w14:textId="77777777" w:rsidTr="002B5129">
        <w:trPr>
          <w:cantSplit/>
          <w:trHeight w:val="104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4166"/>
          </w:tcPr>
          <w:p w14:paraId="599CBC5B" w14:textId="77777777" w:rsidR="00CD71B2" w:rsidRPr="004244F5" w:rsidRDefault="00CD71B2" w:rsidP="0089587A">
            <w:pPr>
              <w:spacing w:after="0"/>
            </w:pPr>
          </w:p>
        </w:tc>
      </w:tr>
      <w:tr w:rsidR="00CD71B2" w:rsidRPr="004244F5" w14:paraId="7B09B81F" w14:textId="77777777" w:rsidTr="002B5129">
        <w:trPr>
          <w:cantSplit/>
          <w:trHeight w:val="1218"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4AC09A" w14:textId="08418BE0" w:rsidR="00CD71B2" w:rsidRPr="004244F5" w:rsidRDefault="00CD71B2" w:rsidP="002B5129">
            <w:r w:rsidRPr="004244F5">
              <w:t xml:space="preserve">Descrierea sumară a proiectului implementat (scop, obiective, </w:t>
            </w:r>
            <w:r w:rsidR="0091417C">
              <w:t>aria de implementare,</w:t>
            </w:r>
            <w:r w:rsidRPr="004244F5">
              <w:t xml:space="preserve"> impact și rezultate obținute etc)</w:t>
            </w:r>
          </w:p>
          <w:p w14:paraId="77CB9E7F" w14:textId="77777777" w:rsidR="00CD71B2" w:rsidRPr="004244F5" w:rsidRDefault="00CD71B2" w:rsidP="002B5129"/>
          <w:p w14:paraId="598C6413" w14:textId="77777777" w:rsidR="00CD71B2" w:rsidRPr="004244F5" w:rsidRDefault="00CD71B2" w:rsidP="002B5129"/>
          <w:p w14:paraId="79E80324" w14:textId="088D2952" w:rsidR="00CD71B2" w:rsidRPr="004244F5" w:rsidRDefault="00CD71B2" w:rsidP="002B5129">
            <w:r w:rsidRPr="004244F5">
              <w:t xml:space="preserve">Descrierea sumară a colaborării cu partenerii de implementare - </w:t>
            </w:r>
            <w:r w:rsidR="00D12396" w:rsidRPr="004244F5">
              <w:t>autoritățile publice locale/ centrale etc.</w:t>
            </w:r>
          </w:p>
          <w:p w14:paraId="54CD7EE7" w14:textId="77777777" w:rsidR="00CD71B2" w:rsidRPr="004244F5" w:rsidRDefault="00CD71B2" w:rsidP="002B5129"/>
          <w:p w14:paraId="6A8A4373" w14:textId="77777777" w:rsidR="00CD71B2" w:rsidRPr="004244F5" w:rsidRDefault="00CD71B2" w:rsidP="002B5129"/>
          <w:p w14:paraId="554A8352" w14:textId="77777777" w:rsidR="00CD71B2" w:rsidRPr="004244F5" w:rsidRDefault="00CD71B2" w:rsidP="002B5129">
            <w:r w:rsidRPr="004244F5">
              <w:t>Descrierea sumară a serviciului social dezvoltat/ creat.</w:t>
            </w:r>
          </w:p>
          <w:p w14:paraId="269CB3E3" w14:textId="77777777" w:rsidR="00CD71B2" w:rsidRPr="004244F5" w:rsidRDefault="00CD71B2" w:rsidP="002B5129"/>
          <w:p w14:paraId="64ADCFCC" w14:textId="77777777" w:rsidR="00CD71B2" w:rsidRPr="004244F5" w:rsidRDefault="00CD71B2" w:rsidP="002B5129"/>
        </w:tc>
      </w:tr>
      <w:tr w:rsidR="00CD71B2" w:rsidRPr="004244F5" w14:paraId="1D73BC15" w14:textId="77777777" w:rsidTr="002B5129">
        <w:trPr>
          <w:cantSplit/>
        </w:trPr>
        <w:tc>
          <w:tcPr>
            <w:tcW w:w="13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EE9767F" w14:textId="77777777" w:rsidR="00CD71B2" w:rsidRPr="004244F5" w:rsidRDefault="00CD71B2" w:rsidP="0089587A">
            <w:pPr>
              <w:spacing w:after="0"/>
            </w:pPr>
          </w:p>
        </w:tc>
      </w:tr>
    </w:tbl>
    <w:p w14:paraId="7EC741C6" w14:textId="77777777" w:rsidR="00063D3A" w:rsidRPr="004244F5" w:rsidRDefault="00063D3A" w:rsidP="00135C56"/>
    <w:p w14:paraId="22C316B4" w14:textId="77777777" w:rsidR="002C1C09" w:rsidRPr="004244F5" w:rsidRDefault="002C1C09" w:rsidP="00135C56">
      <w:pPr>
        <w:sectPr w:rsidR="002C1C09" w:rsidRPr="004244F5" w:rsidSect="00CE5B22">
          <w:pgSz w:w="15840" w:h="12240" w:orient="landscape"/>
          <w:pgMar w:top="1247" w:right="1134" w:bottom="1247" w:left="1134" w:header="284" w:footer="720" w:gutter="0"/>
          <w:cols w:space="720"/>
          <w:docGrid w:linePitch="360"/>
        </w:sectPr>
      </w:pPr>
    </w:p>
    <w:p w14:paraId="7E41BE9F" w14:textId="77777777" w:rsidR="00F25AAA" w:rsidRPr="004244F5" w:rsidRDefault="00F25AAA" w:rsidP="00E97CB1">
      <w:pPr>
        <w:spacing w:before="100" w:beforeAutospacing="1" w:after="100" w:afterAutospacing="1" w:line="240" w:lineRule="auto"/>
        <w:ind w:hanging="11"/>
        <w:jc w:val="left"/>
        <w:outlineLvl w:val="0"/>
        <w:rPr>
          <w:rFonts w:eastAsia="SimSun"/>
          <w:b/>
          <w:bCs/>
          <w:color w:val="114166"/>
          <w:kern w:val="36"/>
          <w:sz w:val="36"/>
          <w:szCs w:val="36"/>
          <w:lang w:val="en-GB"/>
        </w:rPr>
      </w:pPr>
      <w:r w:rsidRPr="004244F5">
        <w:rPr>
          <w:rFonts w:eastAsia="SimSun"/>
          <w:b/>
          <w:bCs/>
          <w:color w:val="114166"/>
          <w:kern w:val="36"/>
          <w:sz w:val="36"/>
          <w:szCs w:val="36"/>
          <w:lang w:val="en-GB"/>
        </w:rPr>
        <w:t>Declarația pe proprie răspundere</w:t>
      </w:r>
    </w:p>
    <w:p w14:paraId="5CBA1F9D" w14:textId="02183B4C" w:rsidR="00F25AAA" w:rsidRPr="004033C4" w:rsidRDefault="00F25AAA" w:rsidP="00F25AAA">
      <w:pPr>
        <w:rPr>
          <w:b/>
          <w:bCs/>
          <w:lang w:val="en-US"/>
        </w:rPr>
      </w:pPr>
      <w:r w:rsidRPr="004033C4">
        <w:rPr>
          <w:b/>
          <w:bCs/>
          <w:lang w:val="en-US"/>
        </w:rPr>
        <w:t>Prin prezenta, declar că</w:t>
      </w:r>
      <w:r w:rsidR="00C3712F" w:rsidRPr="004033C4">
        <w:rPr>
          <w:b/>
          <w:bCs/>
          <w:lang w:val="en-US"/>
        </w:rPr>
        <w:t xml:space="preserve"> (bifați)</w:t>
      </w:r>
      <w:r w:rsidRPr="004033C4">
        <w:rPr>
          <w:b/>
          <w:bCs/>
          <w:lang w:val="en-US"/>
        </w:rPr>
        <w:t>:</w:t>
      </w:r>
    </w:p>
    <w:p w14:paraId="6B5BA97E" w14:textId="6EAD56BC" w:rsidR="00F25AAA" w:rsidRPr="004244F5" w:rsidRDefault="00923370" w:rsidP="00F25AAA">
      <w:pPr>
        <w:rPr>
          <w:rFonts w:ascii="Timesâ" w:hAnsi="Timesâ" w:hint="eastAsia"/>
          <w:kern w:val="2"/>
          <w:szCs w:val="21"/>
          <w:lang w:val="en-US" w:eastAsia="ja-JP"/>
          <w14:ligatures w14:val="standardContextual"/>
        </w:rPr>
      </w:pPr>
      <w:sdt>
        <w:sdtPr>
          <w:rPr>
            <w:rFonts w:ascii="Timesâ" w:hAnsi="Timesâ"/>
          </w:rPr>
          <w:id w:val="210546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44F5">
            <w:rPr>
              <w:rFonts w:ascii="MS Gothic" w:eastAsia="MS Gothic" w:hAnsi="MS Gothic" w:hint="eastAsia"/>
            </w:rPr>
            <w:t>☐</w:t>
          </w:r>
        </w:sdtContent>
      </w:sdt>
      <w:r w:rsidR="00F25AAA" w:rsidRPr="004244F5">
        <w:rPr>
          <w:rFonts w:ascii="Timesâ" w:hAnsi="Timesâ"/>
          <w:iCs/>
        </w:rPr>
        <w:t xml:space="preserve"> </w:t>
      </w:r>
      <w:r w:rsidR="00F25AAA" w:rsidRPr="004244F5">
        <w:rPr>
          <w:rFonts w:ascii="Timesâ" w:hAnsi="Timesâ"/>
        </w:rPr>
        <w:t xml:space="preserve">Toate informațiile furnizate în </w:t>
      </w:r>
      <w:r w:rsidR="006143BD">
        <w:rPr>
          <w:rFonts w:ascii="Timesâ" w:hAnsi="Timesâ"/>
        </w:rPr>
        <w:t>formularul de aplicare</w:t>
      </w:r>
      <w:r w:rsidR="00F25AAA" w:rsidRPr="004244F5">
        <w:rPr>
          <w:rFonts w:ascii="Timesâ" w:hAnsi="Timesâ"/>
        </w:rPr>
        <w:t xml:space="preserve"> sunt adevărate, complete și exacte.</w:t>
      </w:r>
    </w:p>
    <w:p w14:paraId="3B859DA0" w14:textId="685CE753" w:rsidR="00F25AAA" w:rsidRPr="004244F5" w:rsidRDefault="00923370" w:rsidP="00F25AAA">
      <w:pPr>
        <w:rPr>
          <w:rFonts w:ascii="Timesâ" w:hAnsi="Timesâ" w:hint="eastAsia"/>
        </w:rPr>
      </w:pPr>
      <w:sdt>
        <w:sdtPr>
          <w:rPr>
            <w:rFonts w:ascii="Timesâ" w:hAnsi="Timesâ"/>
          </w:rPr>
          <w:id w:val="-12605264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44F5" w:rsidRPr="004244F5">
            <w:rPr>
              <w:rFonts w:ascii="MS Gothic" w:eastAsia="MS Gothic" w:hAnsi="MS Gothic" w:hint="eastAsia"/>
            </w:rPr>
            <w:t>☐</w:t>
          </w:r>
        </w:sdtContent>
      </w:sdt>
      <w:r w:rsidR="00F25AAA" w:rsidRPr="004244F5">
        <w:rPr>
          <w:rFonts w:ascii="Timesâ" w:hAnsi="Timesâ"/>
          <w:iCs/>
        </w:rPr>
        <w:t xml:space="preserve"> </w:t>
      </w:r>
      <w:r w:rsidR="00F25AAA" w:rsidRPr="004244F5">
        <w:rPr>
          <w:rFonts w:ascii="Timesâ" w:hAnsi="Timesâ"/>
        </w:rPr>
        <w:t>Organizația îndeplinește criteriile de eligibilitate ale apelului.</w:t>
      </w:r>
    </w:p>
    <w:p w14:paraId="0FFCCE0E" w14:textId="3DB1323C" w:rsidR="00F25AAA" w:rsidRPr="004244F5" w:rsidRDefault="00923370" w:rsidP="00F25AAA">
      <w:pPr>
        <w:rPr>
          <w:rFonts w:ascii="Timesâ" w:hAnsi="Timesâ" w:hint="eastAsia"/>
          <w:kern w:val="2"/>
          <w:szCs w:val="21"/>
          <w:lang w:val="en-US" w:eastAsia="ja-JP"/>
          <w14:ligatures w14:val="standardContextual"/>
        </w:rPr>
      </w:pPr>
      <w:sdt>
        <w:sdtPr>
          <w:rPr>
            <w:rFonts w:ascii="Timesâ" w:hAnsi="Timesâ"/>
          </w:rPr>
          <w:id w:val="-2800340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44F5" w:rsidRPr="004244F5">
            <w:rPr>
              <w:rFonts w:ascii="MS Gothic" w:eastAsia="MS Gothic" w:hAnsi="MS Gothic" w:hint="eastAsia"/>
            </w:rPr>
            <w:t>☐</w:t>
          </w:r>
        </w:sdtContent>
      </w:sdt>
      <w:r w:rsidR="00F25AAA" w:rsidRPr="004244F5">
        <w:rPr>
          <w:rFonts w:ascii="Timesâ" w:hAnsi="Timesâ"/>
          <w:iCs/>
        </w:rPr>
        <w:t xml:space="preserve"> </w:t>
      </w:r>
      <w:r w:rsidR="00F25AAA" w:rsidRPr="004244F5">
        <w:rPr>
          <w:rFonts w:ascii="Timesâ" w:hAnsi="Timesâ"/>
        </w:rPr>
        <w:t>Organizația se angajează să asigure participarea consecventă pe parcursul programului, inclusiv la sesiunile de suport în scrierea propunerilor de proiect depline.</w:t>
      </w:r>
    </w:p>
    <w:p w14:paraId="7079BB23" w14:textId="79657F9B" w:rsidR="00F25AAA" w:rsidRPr="004244F5" w:rsidRDefault="00923370" w:rsidP="00F25AAA">
      <w:pPr>
        <w:rPr>
          <w:rFonts w:ascii="Timesâ" w:hAnsi="Timesâ" w:hint="eastAsia"/>
          <w:kern w:val="2"/>
          <w:szCs w:val="21"/>
          <w:lang w:val="en-US" w:eastAsia="ja-JP"/>
          <w14:ligatures w14:val="standardContextual"/>
        </w:rPr>
      </w:pPr>
      <w:sdt>
        <w:sdtPr>
          <w:rPr>
            <w:rFonts w:ascii="Timesâ" w:hAnsi="Timesâ"/>
          </w:rPr>
          <w:id w:val="-1680501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44F5" w:rsidRPr="004244F5">
            <w:rPr>
              <w:rFonts w:ascii="MS Gothic" w:eastAsia="MS Gothic" w:hAnsi="MS Gothic" w:hint="eastAsia"/>
            </w:rPr>
            <w:t>☐</w:t>
          </w:r>
        </w:sdtContent>
      </w:sdt>
      <w:r w:rsidR="00F25AAA" w:rsidRPr="004244F5">
        <w:rPr>
          <w:rFonts w:ascii="Timesâ" w:hAnsi="Timesâ"/>
          <w:iCs/>
        </w:rPr>
        <w:t xml:space="preserve"> </w:t>
      </w:r>
      <w:r w:rsidR="00F25AAA" w:rsidRPr="004244F5">
        <w:rPr>
          <w:rFonts w:ascii="Timesâ" w:hAnsi="Timesâ"/>
        </w:rPr>
        <w:t xml:space="preserve">Organizația înțelege că aceasta nu este o cerere directă de grant, ci un apel de participare la un </w:t>
      </w:r>
      <w:r w:rsidR="00526F75">
        <w:rPr>
          <w:rFonts w:ascii="Timesâ" w:hAnsi="Timesâ"/>
        </w:rPr>
        <w:t>Concurs</w:t>
      </w:r>
      <w:r w:rsidR="00526F75" w:rsidRPr="004244F5">
        <w:rPr>
          <w:rFonts w:ascii="Timesâ" w:hAnsi="Timesâ"/>
        </w:rPr>
        <w:t xml:space="preserve"> </w:t>
      </w:r>
      <w:r w:rsidR="00F25AAA" w:rsidRPr="004244F5">
        <w:rPr>
          <w:rFonts w:ascii="Timesâ" w:hAnsi="Timesâ"/>
        </w:rPr>
        <w:t xml:space="preserve">de granturi </w:t>
      </w:r>
      <w:r w:rsidR="00526F75">
        <w:rPr>
          <w:rFonts w:ascii="Timesâ" w:hAnsi="Timesâ"/>
          <w:lang w:val="ro-RO"/>
        </w:rPr>
        <w:t xml:space="preserve">și </w:t>
      </w:r>
      <w:r w:rsidR="00F25AAA" w:rsidRPr="004244F5">
        <w:rPr>
          <w:rFonts w:ascii="Timesâ" w:hAnsi="Timesâ"/>
        </w:rPr>
        <w:t>oportunitatea de a fi pre-selecta</w:t>
      </w:r>
      <w:r w:rsidR="001C1692" w:rsidRPr="004244F5">
        <w:rPr>
          <w:rFonts w:ascii="Timesâ" w:hAnsi="Timesâ"/>
        </w:rPr>
        <w:t>t</w:t>
      </w:r>
      <w:r w:rsidR="00F25AAA" w:rsidRPr="004244F5">
        <w:rPr>
          <w:rFonts w:ascii="Timesâ" w:hAnsi="Timesâ"/>
        </w:rPr>
        <w:t xml:space="preserve"> pentru o etapă ulterioară, restrânsă, de scriere </w:t>
      </w:r>
      <w:r w:rsidR="00526F75">
        <w:rPr>
          <w:rFonts w:ascii="Timesâ" w:hAnsi="Timesâ"/>
        </w:rPr>
        <w:t>și implementare</w:t>
      </w:r>
      <w:r w:rsidR="007D78FA">
        <w:rPr>
          <w:rFonts w:ascii="Timesâ" w:hAnsi="Timesâ"/>
        </w:rPr>
        <w:t xml:space="preserve"> </w:t>
      </w:r>
      <w:r w:rsidR="00526F75">
        <w:rPr>
          <w:rFonts w:ascii="Timesâ" w:hAnsi="Timesâ"/>
        </w:rPr>
        <w:t xml:space="preserve">a unei </w:t>
      </w:r>
      <w:r w:rsidR="00F25AAA" w:rsidRPr="004244F5">
        <w:rPr>
          <w:rFonts w:ascii="Timesâ" w:hAnsi="Timesâ"/>
        </w:rPr>
        <w:t>propuneri de proiect privind dezvoltarea serviciilor sociale de „Casă Comunitară” pentru copiii cu dizabilități severe din instituții rezidențiale.</w:t>
      </w:r>
    </w:p>
    <w:p w14:paraId="090D1592" w14:textId="11A5A896" w:rsidR="00F25AAA" w:rsidRPr="004244F5" w:rsidRDefault="00923370" w:rsidP="00F25AAA">
      <w:pPr>
        <w:rPr>
          <w:rFonts w:ascii="Timesâ" w:hAnsi="Timesâ" w:hint="eastAsia"/>
        </w:rPr>
      </w:pPr>
      <w:sdt>
        <w:sdtPr>
          <w:rPr>
            <w:rFonts w:ascii="Timesâ" w:hAnsi="Timesâ"/>
          </w:rPr>
          <w:id w:val="5055648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44F5" w:rsidRPr="004244F5">
            <w:rPr>
              <w:rFonts w:ascii="MS Gothic" w:eastAsia="MS Gothic" w:hAnsi="MS Gothic" w:hint="eastAsia"/>
            </w:rPr>
            <w:t>☐</w:t>
          </w:r>
        </w:sdtContent>
      </w:sdt>
      <w:r w:rsidR="00F25AAA" w:rsidRPr="004244F5">
        <w:rPr>
          <w:rFonts w:ascii="Timesâ" w:hAnsi="Timesâ"/>
          <w:iCs/>
        </w:rPr>
        <w:t xml:space="preserve"> </w:t>
      </w:r>
      <w:r w:rsidR="00F25AAA" w:rsidRPr="004244F5">
        <w:rPr>
          <w:rFonts w:ascii="Timesâ" w:hAnsi="Timesâ"/>
        </w:rPr>
        <w:t>Organizația își exprimă consimțământul pentru prelucrarea datelor cu caracter personal și a datelor organizaționale furnizate în această cerere în scopul apelului și al procesului de selecție.</w:t>
      </w:r>
    </w:p>
    <w:p w14:paraId="56012C39" w14:textId="2793154A" w:rsidR="00F25AAA" w:rsidRPr="004244F5" w:rsidRDefault="00923370" w:rsidP="00F25AAA">
      <w:pPr>
        <w:rPr>
          <w:rFonts w:ascii="Timesâ" w:hAnsi="Timesâ" w:hint="eastAsia"/>
          <w:kern w:val="2"/>
          <w:szCs w:val="21"/>
          <w:lang w:val="en-US" w:eastAsia="ja-JP"/>
          <w14:ligatures w14:val="standardContextual"/>
        </w:rPr>
      </w:pPr>
      <w:sdt>
        <w:sdtPr>
          <w:rPr>
            <w:rFonts w:ascii="Timesâ" w:hAnsi="Timesâ"/>
          </w:rPr>
          <w:id w:val="14906664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44F5" w:rsidRPr="00353184">
            <w:rPr>
              <w:rFonts w:ascii="MS Gothic" w:eastAsia="MS Gothic" w:hAnsi="MS Gothic" w:hint="eastAsia"/>
            </w:rPr>
            <w:t>☐</w:t>
          </w:r>
        </w:sdtContent>
      </w:sdt>
      <w:r w:rsidR="00F25AAA" w:rsidRPr="00353184">
        <w:rPr>
          <w:rFonts w:ascii="Timesâ" w:hAnsi="Timesâ"/>
          <w:iCs/>
        </w:rPr>
        <w:t xml:space="preserve"> </w:t>
      </w:r>
      <w:r w:rsidR="00F25AAA" w:rsidRPr="004244F5">
        <w:rPr>
          <w:rFonts w:ascii="Timesâ" w:hAnsi="Timesâ"/>
        </w:rPr>
        <w:t>Organizația acceptă termenii și condițiile apelului și se angajează să respecte valorile UE.</w:t>
      </w:r>
    </w:p>
    <w:p w14:paraId="5A22DD50" w14:textId="57CBA1C1" w:rsidR="00E97CB1" w:rsidRPr="004244F5" w:rsidRDefault="00E97CB1" w:rsidP="00135C5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3"/>
        <w:gridCol w:w="4873"/>
      </w:tblGrid>
      <w:tr w:rsidR="00A826D1" w:rsidRPr="004244F5" w14:paraId="72A4A57D" w14:textId="77777777" w:rsidTr="1D5CE823">
        <w:trPr>
          <w:trHeight w:val="659"/>
        </w:trPr>
        <w:tc>
          <w:tcPr>
            <w:tcW w:w="4873" w:type="dxa"/>
            <w:shd w:val="clear" w:color="auto" w:fill="C6D9F1" w:themeFill="text2" w:themeFillTint="33"/>
          </w:tcPr>
          <w:p w14:paraId="16522FC2" w14:textId="6AEF59B5" w:rsidR="00A826D1" w:rsidRPr="004244F5" w:rsidRDefault="008D722E" w:rsidP="00135C56">
            <w:pPr>
              <w:rPr>
                <w:b/>
                <w:bCs/>
              </w:rPr>
            </w:pPr>
            <w:r w:rsidRPr="004244F5">
              <w:rPr>
                <w:b/>
                <w:bCs/>
              </w:rPr>
              <w:t>Numele</w:t>
            </w:r>
            <w:r w:rsidR="00885B3E" w:rsidRPr="004244F5">
              <w:rPr>
                <w:b/>
                <w:bCs/>
              </w:rPr>
              <w:t xml:space="preserve">/ prenumele </w:t>
            </w:r>
            <w:r w:rsidRPr="004244F5">
              <w:rPr>
                <w:b/>
                <w:bCs/>
              </w:rPr>
              <w:t>semnatarului autorizat</w:t>
            </w:r>
          </w:p>
        </w:tc>
        <w:tc>
          <w:tcPr>
            <w:tcW w:w="4873" w:type="dxa"/>
          </w:tcPr>
          <w:p w14:paraId="69FEE503" w14:textId="77777777" w:rsidR="00A826D1" w:rsidRPr="004244F5" w:rsidRDefault="00A826D1" w:rsidP="00135C56"/>
        </w:tc>
      </w:tr>
      <w:tr w:rsidR="00A826D1" w:rsidRPr="004244F5" w14:paraId="565ACC0D" w14:textId="77777777" w:rsidTr="1D5CE823">
        <w:trPr>
          <w:trHeight w:val="550"/>
        </w:trPr>
        <w:tc>
          <w:tcPr>
            <w:tcW w:w="4873" w:type="dxa"/>
            <w:shd w:val="clear" w:color="auto" w:fill="C6D9F1" w:themeFill="text2" w:themeFillTint="33"/>
          </w:tcPr>
          <w:p w14:paraId="316DA0DA" w14:textId="248EA3E4" w:rsidR="00A826D1" w:rsidRPr="004244F5" w:rsidRDefault="00885B3E" w:rsidP="00135C56">
            <w:pPr>
              <w:rPr>
                <w:b/>
                <w:bCs/>
              </w:rPr>
            </w:pPr>
            <w:r w:rsidRPr="004244F5">
              <w:rPr>
                <w:b/>
                <w:bCs/>
              </w:rPr>
              <w:t>Fun</w:t>
            </w:r>
            <w:r w:rsidRPr="004244F5">
              <w:rPr>
                <w:b/>
                <w:bCs/>
                <w:lang w:val="ro-RO"/>
              </w:rPr>
              <w:t>cția</w:t>
            </w:r>
          </w:p>
        </w:tc>
        <w:tc>
          <w:tcPr>
            <w:tcW w:w="4873" w:type="dxa"/>
          </w:tcPr>
          <w:p w14:paraId="55C08929" w14:textId="77777777" w:rsidR="00A826D1" w:rsidRPr="004244F5" w:rsidRDefault="00A826D1" w:rsidP="00135C56"/>
        </w:tc>
      </w:tr>
      <w:tr w:rsidR="00A826D1" w:rsidRPr="004244F5" w14:paraId="00E8B4C9" w14:textId="77777777" w:rsidTr="1D5CE823">
        <w:trPr>
          <w:trHeight w:val="703"/>
        </w:trPr>
        <w:tc>
          <w:tcPr>
            <w:tcW w:w="4873" w:type="dxa"/>
            <w:shd w:val="clear" w:color="auto" w:fill="C6D9F1" w:themeFill="text2" w:themeFillTint="33"/>
          </w:tcPr>
          <w:p w14:paraId="7452E69C" w14:textId="556A964E" w:rsidR="00A826D1" w:rsidRPr="004244F5" w:rsidRDefault="221BC4F3" w:rsidP="00135C56">
            <w:pPr>
              <w:rPr>
                <w:b/>
                <w:bCs/>
              </w:rPr>
            </w:pPr>
            <w:r w:rsidRPr="1D5CE823">
              <w:rPr>
                <w:b/>
                <w:bCs/>
              </w:rPr>
              <w:t>Data</w:t>
            </w:r>
          </w:p>
        </w:tc>
        <w:tc>
          <w:tcPr>
            <w:tcW w:w="4873" w:type="dxa"/>
          </w:tcPr>
          <w:p w14:paraId="2B65F159" w14:textId="77777777" w:rsidR="00A826D1" w:rsidRPr="004244F5" w:rsidRDefault="00A826D1" w:rsidP="00135C56"/>
        </w:tc>
      </w:tr>
    </w:tbl>
    <w:p w14:paraId="778C3E44" w14:textId="77777777" w:rsidR="00A826D1" w:rsidRPr="00E9279A" w:rsidRDefault="008D722E" w:rsidP="00135C56">
      <w:pPr>
        <w:rPr>
          <w:i/>
          <w:iCs/>
        </w:rPr>
      </w:pPr>
      <w:r w:rsidRPr="00E9279A">
        <w:rPr>
          <w:i/>
          <w:iCs/>
        </w:rPr>
        <w:t>Sfârșitul formularului de aplicare</w:t>
      </w:r>
    </w:p>
    <w:sectPr w:rsidR="00A826D1" w:rsidRPr="00E9279A" w:rsidSect="00BC69F1">
      <w:pgSz w:w="12240" w:h="15840"/>
      <w:pgMar w:top="1134" w:right="1247" w:bottom="1134" w:left="1247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07179" w14:textId="77777777" w:rsidR="006A633A" w:rsidRDefault="006A633A" w:rsidP="00135C56">
      <w:r>
        <w:separator/>
      </w:r>
    </w:p>
  </w:endnote>
  <w:endnote w:type="continuationSeparator" w:id="0">
    <w:p w14:paraId="4345F8BB" w14:textId="77777777" w:rsidR="006A633A" w:rsidRDefault="006A633A" w:rsidP="00135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â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01940630"/>
      <w:docPartObj>
        <w:docPartGallery w:val="Page Numbers (Bottom of Page)"/>
        <w:docPartUnique/>
      </w:docPartObj>
    </w:sdtPr>
    <w:sdtContent>
      <w:p w14:paraId="11EB57F8" w14:textId="6EAE13EE" w:rsidR="002F14AC" w:rsidRDefault="00F121FC" w:rsidP="00676178">
        <w:pPr>
          <w:spacing w:after="0"/>
        </w:pPr>
        <w:r w:rsidRPr="0081584F">
          <w:rPr>
            <w:b/>
            <w:sz w:val="18"/>
            <w:szCs w:val="18"/>
          </w:rPr>
          <w:t>GP26/EU489179/1</w:t>
        </w:r>
        <w:r w:rsidRPr="007F6EF1">
          <w:rPr>
            <w:b/>
            <w:sz w:val="18"/>
            <w:szCs w:val="18"/>
          </w:rPr>
          <w:tab/>
        </w:r>
        <w:r w:rsidRPr="007F6EF1">
          <w:rPr>
            <w:b/>
            <w:sz w:val="18"/>
            <w:szCs w:val="18"/>
          </w:rPr>
          <w:tab/>
        </w:r>
        <w:r w:rsidRPr="007F6EF1">
          <w:rPr>
            <w:b/>
            <w:sz w:val="18"/>
            <w:szCs w:val="18"/>
          </w:rPr>
          <w:tab/>
        </w:r>
        <w:r w:rsidRPr="007F6EF1">
          <w:t xml:space="preserve"> </w:t>
        </w:r>
        <w:r w:rsidRPr="007F6EF1">
          <w:tab/>
        </w:r>
        <w:r>
          <w:tab/>
        </w:r>
        <w:r w:rsidRPr="007F6EF1">
          <w:tab/>
        </w:r>
        <w:r w:rsidRPr="007F6EF1">
          <w:tab/>
        </w:r>
        <w:r w:rsidRPr="007F6EF1">
          <w:tab/>
        </w:r>
        <w:r w:rsidRPr="007F6EF1">
          <w:tab/>
        </w:r>
        <w:r w:rsidRPr="007F6EF1">
          <w:tab/>
        </w:r>
        <w:r w:rsidRPr="007F6EF1">
          <w:tab/>
          <w:t xml:space="preserve">Pagină | </w:t>
        </w:r>
        <w:r w:rsidRPr="007F6EF1">
          <w:fldChar w:fldCharType="begin"/>
        </w:r>
        <w:r w:rsidRPr="007F6EF1">
          <w:instrText>PAGE   \* MERGEFORMAT</w:instrText>
        </w:r>
        <w:r w:rsidRPr="007F6EF1">
          <w:fldChar w:fldCharType="separate"/>
        </w:r>
        <w:r>
          <w:t>1</w:t>
        </w:r>
        <w:r w:rsidRPr="007F6EF1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BB4F2" w14:textId="77777777" w:rsidR="006A633A" w:rsidRDefault="006A633A" w:rsidP="00135C56">
      <w:r>
        <w:separator/>
      </w:r>
    </w:p>
  </w:footnote>
  <w:footnote w:type="continuationSeparator" w:id="0">
    <w:p w14:paraId="516AF519" w14:textId="77777777" w:rsidR="006A633A" w:rsidRDefault="006A633A" w:rsidP="00135C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349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78"/>
      <w:gridCol w:w="2835"/>
      <w:gridCol w:w="2268"/>
      <w:gridCol w:w="2268"/>
    </w:tblGrid>
    <w:tr w:rsidR="00037B7B" w14:paraId="55716217" w14:textId="77777777" w:rsidTr="00BC69F1">
      <w:tc>
        <w:tcPr>
          <w:tcW w:w="2978" w:type="dxa"/>
          <w:vAlign w:val="center"/>
        </w:tcPr>
        <w:p w14:paraId="5CF5C6BC" w14:textId="2023CE90" w:rsidR="00037B7B" w:rsidRDefault="00923370" w:rsidP="00135C56">
          <w:pPr>
            <w:pStyle w:val="Header"/>
          </w:pPr>
          <w:sdt>
            <w:sdtPr>
              <w:id w:val="1192729638"/>
              <w:docPartObj>
                <w:docPartGallery w:val="Page Numbers (Margins)"/>
                <w:docPartUnique/>
              </w:docPartObj>
            </w:sdtPr>
            <w:sdtContent/>
          </w:sdt>
          <w:r w:rsidR="00037B7B">
            <w:rPr>
              <w:noProof/>
            </w:rPr>
            <w:drawing>
              <wp:inline distT="0" distB="0" distL="0" distR="0" wp14:anchorId="45E9CF5A" wp14:editId="35C48809">
                <wp:extent cx="1630680" cy="476335"/>
                <wp:effectExtent l="0" t="0" r="0" b="0"/>
                <wp:docPr id="958606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5948020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9275" cy="487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vAlign w:val="center"/>
        </w:tcPr>
        <w:p w14:paraId="5BD60F69" w14:textId="77777777" w:rsidR="00037B7B" w:rsidRDefault="00037B7B" w:rsidP="00135C56">
          <w:pPr>
            <w:pStyle w:val="Header"/>
          </w:pPr>
          <w:r>
            <w:rPr>
              <w:noProof/>
            </w:rPr>
            <w:drawing>
              <wp:inline distT="0" distB="0" distL="0" distR="0" wp14:anchorId="4FA3A107" wp14:editId="536568A0">
                <wp:extent cx="1293097" cy="320040"/>
                <wp:effectExtent l="0" t="0" r="2540" b="3810"/>
                <wp:docPr id="51265434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9485523" name="Picture 205948552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7788" cy="3360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vAlign w:val="center"/>
        </w:tcPr>
        <w:p w14:paraId="3E1A0550" w14:textId="77777777" w:rsidR="00037B7B" w:rsidRDefault="00037B7B" w:rsidP="00135C56">
          <w:pPr>
            <w:pStyle w:val="Header"/>
          </w:pPr>
          <w:r>
            <w:rPr>
              <w:noProof/>
            </w:rPr>
            <w:drawing>
              <wp:inline distT="0" distB="0" distL="0" distR="0" wp14:anchorId="746BAF38" wp14:editId="622DE32A">
                <wp:extent cx="1234440" cy="680312"/>
                <wp:effectExtent l="0" t="0" r="3810" b="5715"/>
                <wp:docPr id="21909921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4091135" name="Picture 1804091135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3040" cy="7070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vAlign w:val="center"/>
        </w:tcPr>
        <w:p w14:paraId="074AA38F" w14:textId="77777777" w:rsidR="00037B7B" w:rsidRDefault="00037B7B" w:rsidP="00135C56">
          <w:pPr>
            <w:pStyle w:val="Header"/>
          </w:pPr>
          <w:r>
            <w:rPr>
              <w:noProof/>
            </w:rPr>
            <w:drawing>
              <wp:inline distT="0" distB="0" distL="0" distR="0" wp14:anchorId="1570AAC9" wp14:editId="1E54A369">
                <wp:extent cx="1153160" cy="289313"/>
                <wp:effectExtent l="0" t="0" r="0" b="0"/>
                <wp:docPr id="117545191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71679" name="Picture 5671679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921" cy="3160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0379ED9" w14:textId="1C3BA7E1" w:rsidR="00037B7B" w:rsidRDefault="00037B7B" w:rsidP="00135C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8751550"/>
    <w:multiLevelType w:val="multilevel"/>
    <w:tmpl w:val="A5A096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994" w:hanging="576"/>
      </w:pPr>
      <w:rPr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483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0DB03DF2"/>
    <w:multiLevelType w:val="multilevel"/>
    <w:tmpl w:val="7EC242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C900223"/>
    <w:multiLevelType w:val="hybridMultilevel"/>
    <w:tmpl w:val="16727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6809C1"/>
    <w:multiLevelType w:val="multilevel"/>
    <w:tmpl w:val="7EC242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76679FB"/>
    <w:multiLevelType w:val="multilevel"/>
    <w:tmpl w:val="7EC242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A563D05"/>
    <w:multiLevelType w:val="multilevel"/>
    <w:tmpl w:val="B0C866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9E7620D"/>
    <w:multiLevelType w:val="multilevel"/>
    <w:tmpl w:val="1736AFB2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276643442">
    <w:abstractNumId w:val="8"/>
  </w:num>
  <w:num w:numId="2" w16cid:durableId="25255532">
    <w:abstractNumId w:val="6"/>
  </w:num>
  <w:num w:numId="3" w16cid:durableId="798649673">
    <w:abstractNumId w:val="5"/>
  </w:num>
  <w:num w:numId="4" w16cid:durableId="412973206">
    <w:abstractNumId w:val="4"/>
  </w:num>
  <w:num w:numId="5" w16cid:durableId="742987507">
    <w:abstractNumId w:val="7"/>
  </w:num>
  <w:num w:numId="6" w16cid:durableId="581140121">
    <w:abstractNumId w:val="3"/>
  </w:num>
  <w:num w:numId="7" w16cid:durableId="1451850497">
    <w:abstractNumId w:val="2"/>
  </w:num>
  <w:num w:numId="8" w16cid:durableId="1129279993">
    <w:abstractNumId w:val="1"/>
  </w:num>
  <w:num w:numId="9" w16cid:durableId="179247117">
    <w:abstractNumId w:val="0"/>
  </w:num>
  <w:num w:numId="10" w16cid:durableId="1769277626">
    <w:abstractNumId w:val="11"/>
  </w:num>
  <w:num w:numId="11" w16cid:durableId="1433472484">
    <w:abstractNumId w:val="10"/>
  </w:num>
  <w:num w:numId="12" w16cid:durableId="244412578">
    <w:abstractNumId w:val="13"/>
  </w:num>
  <w:num w:numId="13" w16cid:durableId="1117793867">
    <w:abstractNumId w:val="12"/>
  </w:num>
  <w:num w:numId="14" w16cid:durableId="1629438130">
    <w:abstractNumId w:val="14"/>
  </w:num>
  <w:num w:numId="15" w16cid:durableId="1774587993">
    <w:abstractNumId w:val="15"/>
  </w:num>
  <w:num w:numId="16" w16cid:durableId="58066599">
    <w:abstractNumId w:val="15"/>
  </w:num>
  <w:num w:numId="17" w16cid:durableId="597180113">
    <w:abstractNumId w:val="9"/>
  </w:num>
  <w:num w:numId="18" w16cid:durableId="1658418932">
    <w:abstractNumId w:val="15"/>
  </w:num>
  <w:num w:numId="19" w16cid:durableId="1120802735">
    <w:abstractNumId w:val="15"/>
  </w:num>
  <w:num w:numId="20" w16cid:durableId="1731917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12B4"/>
    <w:rsid w:val="00006189"/>
    <w:rsid w:val="00020CFA"/>
    <w:rsid w:val="00025216"/>
    <w:rsid w:val="00034616"/>
    <w:rsid w:val="00037039"/>
    <w:rsid w:val="00037B7B"/>
    <w:rsid w:val="00055186"/>
    <w:rsid w:val="00056F24"/>
    <w:rsid w:val="0006063C"/>
    <w:rsid w:val="00063D3A"/>
    <w:rsid w:val="00065B1B"/>
    <w:rsid w:val="000804EC"/>
    <w:rsid w:val="00086314"/>
    <w:rsid w:val="000A034F"/>
    <w:rsid w:val="000A6A21"/>
    <w:rsid w:val="000B3C9B"/>
    <w:rsid w:val="000C017E"/>
    <w:rsid w:val="000D0204"/>
    <w:rsid w:val="000D25E6"/>
    <w:rsid w:val="000E117F"/>
    <w:rsid w:val="000E46AA"/>
    <w:rsid w:val="000F6987"/>
    <w:rsid w:val="00113B30"/>
    <w:rsid w:val="00116720"/>
    <w:rsid w:val="00122497"/>
    <w:rsid w:val="001245E9"/>
    <w:rsid w:val="00130196"/>
    <w:rsid w:val="001307D6"/>
    <w:rsid w:val="00130E2E"/>
    <w:rsid w:val="00135C56"/>
    <w:rsid w:val="00150740"/>
    <w:rsid w:val="0015074B"/>
    <w:rsid w:val="00151A39"/>
    <w:rsid w:val="001529D6"/>
    <w:rsid w:val="00161378"/>
    <w:rsid w:val="001617E2"/>
    <w:rsid w:val="00171CD9"/>
    <w:rsid w:val="001731AC"/>
    <w:rsid w:val="00176FE4"/>
    <w:rsid w:val="001877C7"/>
    <w:rsid w:val="00194DAA"/>
    <w:rsid w:val="00195AF7"/>
    <w:rsid w:val="001C1692"/>
    <w:rsid w:val="001C1F74"/>
    <w:rsid w:val="001C7B33"/>
    <w:rsid w:val="001E2DDE"/>
    <w:rsid w:val="00202937"/>
    <w:rsid w:val="00204A04"/>
    <w:rsid w:val="00215A59"/>
    <w:rsid w:val="0023206E"/>
    <w:rsid w:val="0024254B"/>
    <w:rsid w:val="002430D9"/>
    <w:rsid w:val="00246584"/>
    <w:rsid w:val="00263135"/>
    <w:rsid w:val="00263A73"/>
    <w:rsid w:val="00277A0A"/>
    <w:rsid w:val="002841B4"/>
    <w:rsid w:val="0029639D"/>
    <w:rsid w:val="002B2BAF"/>
    <w:rsid w:val="002B5129"/>
    <w:rsid w:val="002C1C09"/>
    <w:rsid w:val="002C7420"/>
    <w:rsid w:val="002D11FD"/>
    <w:rsid w:val="002D2865"/>
    <w:rsid w:val="002D3B18"/>
    <w:rsid w:val="002D794E"/>
    <w:rsid w:val="002E33BA"/>
    <w:rsid w:val="002E43F8"/>
    <w:rsid w:val="002E5FB5"/>
    <w:rsid w:val="002E785A"/>
    <w:rsid w:val="002F14AC"/>
    <w:rsid w:val="002F18E7"/>
    <w:rsid w:val="002F755C"/>
    <w:rsid w:val="003056D5"/>
    <w:rsid w:val="00312FDE"/>
    <w:rsid w:val="00316238"/>
    <w:rsid w:val="00321C71"/>
    <w:rsid w:val="00321F47"/>
    <w:rsid w:val="003225CB"/>
    <w:rsid w:val="00323384"/>
    <w:rsid w:val="00326F90"/>
    <w:rsid w:val="003431FC"/>
    <w:rsid w:val="00344801"/>
    <w:rsid w:val="00351893"/>
    <w:rsid w:val="003528CD"/>
    <w:rsid w:val="00353184"/>
    <w:rsid w:val="00370F2B"/>
    <w:rsid w:val="00372CD9"/>
    <w:rsid w:val="003756F6"/>
    <w:rsid w:val="00384A8C"/>
    <w:rsid w:val="00386A7D"/>
    <w:rsid w:val="00392F09"/>
    <w:rsid w:val="003967EE"/>
    <w:rsid w:val="003B0F5F"/>
    <w:rsid w:val="003B7F79"/>
    <w:rsid w:val="003C13DA"/>
    <w:rsid w:val="003C2621"/>
    <w:rsid w:val="003D089A"/>
    <w:rsid w:val="003D0DF1"/>
    <w:rsid w:val="003D1D04"/>
    <w:rsid w:val="003D58CF"/>
    <w:rsid w:val="003E7FC0"/>
    <w:rsid w:val="003F39CF"/>
    <w:rsid w:val="003F725C"/>
    <w:rsid w:val="004033C4"/>
    <w:rsid w:val="004049FF"/>
    <w:rsid w:val="004051BD"/>
    <w:rsid w:val="0041201B"/>
    <w:rsid w:val="00417698"/>
    <w:rsid w:val="004244F5"/>
    <w:rsid w:val="00433954"/>
    <w:rsid w:val="004361FD"/>
    <w:rsid w:val="004379C1"/>
    <w:rsid w:val="00443A5F"/>
    <w:rsid w:val="004450F1"/>
    <w:rsid w:val="0045298E"/>
    <w:rsid w:val="00460BED"/>
    <w:rsid w:val="0046740E"/>
    <w:rsid w:val="004A3C1C"/>
    <w:rsid w:val="004A69DA"/>
    <w:rsid w:val="004A7F9F"/>
    <w:rsid w:val="004C5ACC"/>
    <w:rsid w:val="004C74DD"/>
    <w:rsid w:val="004D0B1B"/>
    <w:rsid w:val="004D4259"/>
    <w:rsid w:val="004E3618"/>
    <w:rsid w:val="004E685D"/>
    <w:rsid w:val="00524BDF"/>
    <w:rsid w:val="005251F5"/>
    <w:rsid w:val="00525DC3"/>
    <w:rsid w:val="00526F75"/>
    <w:rsid w:val="00533077"/>
    <w:rsid w:val="0053441A"/>
    <w:rsid w:val="00537ABE"/>
    <w:rsid w:val="00546A8A"/>
    <w:rsid w:val="00551087"/>
    <w:rsid w:val="00567AFD"/>
    <w:rsid w:val="00581805"/>
    <w:rsid w:val="00583AE0"/>
    <w:rsid w:val="00587736"/>
    <w:rsid w:val="00592B0E"/>
    <w:rsid w:val="005A1FD2"/>
    <w:rsid w:val="005A2312"/>
    <w:rsid w:val="005A494D"/>
    <w:rsid w:val="005A5768"/>
    <w:rsid w:val="005A709B"/>
    <w:rsid w:val="005A7D4E"/>
    <w:rsid w:val="005B4959"/>
    <w:rsid w:val="005C1AAE"/>
    <w:rsid w:val="005D2981"/>
    <w:rsid w:val="005D7963"/>
    <w:rsid w:val="005E3015"/>
    <w:rsid w:val="005E6401"/>
    <w:rsid w:val="005E6964"/>
    <w:rsid w:val="005F416E"/>
    <w:rsid w:val="005F6F07"/>
    <w:rsid w:val="00612266"/>
    <w:rsid w:val="006143BD"/>
    <w:rsid w:val="006218A1"/>
    <w:rsid w:val="00622712"/>
    <w:rsid w:val="006266B3"/>
    <w:rsid w:val="0063276C"/>
    <w:rsid w:val="00635ACC"/>
    <w:rsid w:val="00636E9F"/>
    <w:rsid w:val="00636ECF"/>
    <w:rsid w:val="00643A8C"/>
    <w:rsid w:val="006452B0"/>
    <w:rsid w:val="0065517C"/>
    <w:rsid w:val="00656C70"/>
    <w:rsid w:val="00676178"/>
    <w:rsid w:val="00692DA0"/>
    <w:rsid w:val="006958D2"/>
    <w:rsid w:val="00697367"/>
    <w:rsid w:val="006973BD"/>
    <w:rsid w:val="006A12CF"/>
    <w:rsid w:val="006A38A0"/>
    <w:rsid w:val="006A633A"/>
    <w:rsid w:val="006C0EE8"/>
    <w:rsid w:val="006C17A2"/>
    <w:rsid w:val="006C2447"/>
    <w:rsid w:val="006D6DCA"/>
    <w:rsid w:val="006E3E2A"/>
    <w:rsid w:val="006E55A5"/>
    <w:rsid w:val="006E58F2"/>
    <w:rsid w:val="006E7034"/>
    <w:rsid w:val="006F75AD"/>
    <w:rsid w:val="007049C1"/>
    <w:rsid w:val="0071430F"/>
    <w:rsid w:val="00717BEC"/>
    <w:rsid w:val="00723CD6"/>
    <w:rsid w:val="0072430D"/>
    <w:rsid w:val="00724ABB"/>
    <w:rsid w:val="00724BB1"/>
    <w:rsid w:val="0074226C"/>
    <w:rsid w:val="007513F6"/>
    <w:rsid w:val="007521BC"/>
    <w:rsid w:val="0075422C"/>
    <w:rsid w:val="00771887"/>
    <w:rsid w:val="0077476B"/>
    <w:rsid w:val="00774AF1"/>
    <w:rsid w:val="0077743D"/>
    <w:rsid w:val="0078347E"/>
    <w:rsid w:val="00793D36"/>
    <w:rsid w:val="007D1FDA"/>
    <w:rsid w:val="007D47D8"/>
    <w:rsid w:val="007D78FA"/>
    <w:rsid w:val="007E3F7E"/>
    <w:rsid w:val="00800410"/>
    <w:rsid w:val="0083160E"/>
    <w:rsid w:val="00842DCB"/>
    <w:rsid w:val="00845BD7"/>
    <w:rsid w:val="008508DD"/>
    <w:rsid w:val="008576A3"/>
    <w:rsid w:val="008622CE"/>
    <w:rsid w:val="0087385D"/>
    <w:rsid w:val="00874DE7"/>
    <w:rsid w:val="00877F78"/>
    <w:rsid w:val="00882BD9"/>
    <w:rsid w:val="0088424C"/>
    <w:rsid w:val="00885B3E"/>
    <w:rsid w:val="0089587A"/>
    <w:rsid w:val="008A08CC"/>
    <w:rsid w:val="008A1F70"/>
    <w:rsid w:val="008C10CD"/>
    <w:rsid w:val="008C3B6B"/>
    <w:rsid w:val="008D26F4"/>
    <w:rsid w:val="008D3FE3"/>
    <w:rsid w:val="008D722E"/>
    <w:rsid w:val="008E097C"/>
    <w:rsid w:val="008E2F8D"/>
    <w:rsid w:val="008E3742"/>
    <w:rsid w:val="009078FA"/>
    <w:rsid w:val="0091171C"/>
    <w:rsid w:val="0091417C"/>
    <w:rsid w:val="00923370"/>
    <w:rsid w:val="00926276"/>
    <w:rsid w:val="00930ABB"/>
    <w:rsid w:val="00932EE9"/>
    <w:rsid w:val="00933B86"/>
    <w:rsid w:val="00934958"/>
    <w:rsid w:val="00946F94"/>
    <w:rsid w:val="00951B81"/>
    <w:rsid w:val="009569C4"/>
    <w:rsid w:val="009624DE"/>
    <w:rsid w:val="00976BA8"/>
    <w:rsid w:val="00977603"/>
    <w:rsid w:val="00980DEB"/>
    <w:rsid w:val="00981DA2"/>
    <w:rsid w:val="0098444F"/>
    <w:rsid w:val="00984C38"/>
    <w:rsid w:val="0098623D"/>
    <w:rsid w:val="00987736"/>
    <w:rsid w:val="00993749"/>
    <w:rsid w:val="009B0F11"/>
    <w:rsid w:val="009C73B8"/>
    <w:rsid w:val="009E73DF"/>
    <w:rsid w:val="009F321B"/>
    <w:rsid w:val="00A05A1B"/>
    <w:rsid w:val="00A05EC5"/>
    <w:rsid w:val="00A117AD"/>
    <w:rsid w:val="00A15E4A"/>
    <w:rsid w:val="00A27F77"/>
    <w:rsid w:val="00A338E3"/>
    <w:rsid w:val="00A57C5B"/>
    <w:rsid w:val="00A61AE8"/>
    <w:rsid w:val="00A826D1"/>
    <w:rsid w:val="00A82B88"/>
    <w:rsid w:val="00A85EFD"/>
    <w:rsid w:val="00A94681"/>
    <w:rsid w:val="00A9778A"/>
    <w:rsid w:val="00AA1D8D"/>
    <w:rsid w:val="00AA6F84"/>
    <w:rsid w:val="00AA723D"/>
    <w:rsid w:val="00AD2429"/>
    <w:rsid w:val="00AE7FDB"/>
    <w:rsid w:val="00AF38A2"/>
    <w:rsid w:val="00B0126B"/>
    <w:rsid w:val="00B11457"/>
    <w:rsid w:val="00B12B95"/>
    <w:rsid w:val="00B17ABA"/>
    <w:rsid w:val="00B20614"/>
    <w:rsid w:val="00B26884"/>
    <w:rsid w:val="00B278D0"/>
    <w:rsid w:val="00B3053E"/>
    <w:rsid w:val="00B311A0"/>
    <w:rsid w:val="00B47730"/>
    <w:rsid w:val="00B47902"/>
    <w:rsid w:val="00B51C78"/>
    <w:rsid w:val="00B55D7A"/>
    <w:rsid w:val="00B726C3"/>
    <w:rsid w:val="00B74858"/>
    <w:rsid w:val="00B9193E"/>
    <w:rsid w:val="00BA7742"/>
    <w:rsid w:val="00BB6487"/>
    <w:rsid w:val="00BB761F"/>
    <w:rsid w:val="00BC1135"/>
    <w:rsid w:val="00BC1DA5"/>
    <w:rsid w:val="00BC69F1"/>
    <w:rsid w:val="00BD3D38"/>
    <w:rsid w:val="00BF431B"/>
    <w:rsid w:val="00BF7306"/>
    <w:rsid w:val="00C016E1"/>
    <w:rsid w:val="00C10C8E"/>
    <w:rsid w:val="00C134CB"/>
    <w:rsid w:val="00C2636C"/>
    <w:rsid w:val="00C27329"/>
    <w:rsid w:val="00C3712F"/>
    <w:rsid w:val="00C461DB"/>
    <w:rsid w:val="00C545F9"/>
    <w:rsid w:val="00C55991"/>
    <w:rsid w:val="00C6104F"/>
    <w:rsid w:val="00C614D9"/>
    <w:rsid w:val="00C62875"/>
    <w:rsid w:val="00C67BED"/>
    <w:rsid w:val="00C72B9E"/>
    <w:rsid w:val="00C81D4B"/>
    <w:rsid w:val="00C91C89"/>
    <w:rsid w:val="00C9240F"/>
    <w:rsid w:val="00C938F1"/>
    <w:rsid w:val="00CA3518"/>
    <w:rsid w:val="00CA795D"/>
    <w:rsid w:val="00CB0664"/>
    <w:rsid w:val="00CD1084"/>
    <w:rsid w:val="00CD3323"/>
    <w:rsid w:val="00CD71B2"/>
    <w:rsid w:val="00CE509F"/>
    <w:rsid w:val="00CE5B22"/>
    <w:rsid w:val="00CF1B59"/>
    <w:rsid w:val="00D01967"/>
    <w:rsid w:val="00D11BCE"/>
    <w:rsid w:val="00D12396"/>
    <w:rsid w:val="00D23C6C"/>
    <w:rsid w:val="00D31658"/>
    <w:rsid w:val="00D36169"/>
    <w:rsid w:val="00D418CA"/>
    <w:rsid w:val="00D43417"/>
    <w:rsid w:val="00D5207F"/>
    <w:rsid w:val="00D53BDE"/>
    <w:rsid w:val="00D543C8"/>
    <w:rsid w:val="00D625AD"/>
    <w:rsid w:val="00D6652C"/>
    <w:rsid w:val="00D73B40"/>
    <w:rsid w:val="00D776F0"/>
    <w:rsid w:val="00D8189A"/>
    <w:rsid w:val="00D83B07"/>
    <w:rsid w:val="00D92E88"/>
    <w:rsid w:val="00DA6DE4"/>
    <w:rsid w:val="00DB2B28"/>
    <w:rsid w:val="00DC0BB3"/>
    <w:rsid w:val="00DD5A0F"/>
    <w:rsid w:val="00DD5C97"/>
    <w:rsid w:val="00DE2538"/>
    <w:rsid w:val="00DE4C4B"/>
    <w:rsid w:val="00DF262E"/>
    <w:rsid w:val="00E47D0F"/>
    <w:rsid w:val="00E50B37"/>
    <w:rsid w:val="00E5149F"/>
    <w:rsid w:val="00E562F8"/>
    <w:rsid w:val="00E570D5"/>
    <w:rsid w:val="00E663C8"/>
    <w:rsid w:val="00E716B1"/>
    <w:rsid w:val="00E9279A"/>
    <w:rsid w:val="00E95EFA"/>
    <w:rsid w:val="00E97CB1"/>
    <w:rsid w:val="00EA0935"/>
    <w:rsid w:val="00EA4D9F"/>
    <w:rsid w:val="00EB7DE0"/>
    <w:rsid w:val="00EE5630"/>
    <w:rsid w:val="00F0436D"/>
    <w:rsid w:val="00F04D6F"/>
    <w:rsid w:val="00F120E5"/>
    <w:rsid w:val="00F121FC"/>
    <w:rsid w:val="00F25AAA"/>
    <w:rsid w:val="00F33414"/>
    <w:rsid w:val="00F3424C"/>
    <w:rsid w:val="00F35976"/>
    <w:rsid w:val="00F412F5"/>
    <w:rsid w:val="00F43A2B"/>
    <w:rsid w:val="00F451F0"/>
    <w:rsid w:val="00F4729F"/>
    <w:rsid w:val="00F561B6"/>
    <w:rsid w:val="00F6246C"/>
    <w:rsid w:val="00F6405F"/>
    <w:rsid w:val="00F71DC8"/>
    <w:rsid w:val="00F83FAB"/>
    <w:rsid w:val="00F9395A"/>
    <w:rsid w:val="00FA0BEC"/>
    <w:rsid w:val="00FA494B"/>
    <w:rsid w:val="00FB2579"/>
    <w:rsid w:val="00FC693F"/>
    <w:rsid w:val="00FC75B1"/>
    <w:rsid w:val="00FF05AC"/>
    <w:rsid w:val="00FF19AB"/>
    <w:rsid w:val="00FF22FB"/>
    <w:rsid w:val="00FF477D"/>
    <w:rsid w:val="054E6660"/>
    <w:rsid w:val="0C9FAAFF"/>
    <w:rsid w:val="0CE6186F"/>
    <w:rsid w:val="0D19629A"/>
    <w:rsid w:val="0D1CE9B5"/>
    <w:rsid w:val="1080D1F0"/>
    <w:rsid w:val="14806DF8"/>
    <w:rsid w:val="16D6149E"/>
    <w:rsid w:val="1D5CE823"/>
    <w:rsid w:val="1F6704B5"/>
    <w:rsid w:val="1FD6B3DB"/>
    <w:rsid w:val="20F2D84A"/>
    <w:rsid w:val="21BCB74A"/>
    <w:rsid w:val="221BC4F3"/>
    <w:rsid w:val="24A78D64"/>
    <w:rsid w:val="2BD23FE7"/>
    <w:rsid w:val="3312BFD1"/>
    <w:rsid w:val="338BB87F"/>
    <w:rsid w:val="3EC1BBE6"/>
    <w:rsid w:val="48016BDF"/>
    <w:rsid w:val="4C11963F"/>
    <w:rsid w:val="4EA265B2"/>
    <w:rsid w:val="54D27D1A"/>
    <w:rsid w:val="579DDAE5"/>
    <w:rsid w:val="581F4FD2"/>
    <w:rsid w:val="5857B2F5"/>
    <w:rsid w:val="5AB9F4D2"/>
    <w:rsid w:val="5C3FA938"/>
    <w:rsid w:val="60E2B085"/>
    <w:rsid w:val="614B5D38"/>
    <w:rsid w:val="64CD484A"/>
    <w:rsid w:val="66FFF300"/>
    <w:rsid w:val="685A88B8"/>
    <w:rsid w:val="691A7188"/>
    <w:rsid w:val="6B7A31B0"/>
    <w:rsid w:val="6CB16AC1"/>
    <w:rsid w:val="731F1E8B"/>
    <w:rsid w:val="751A39CE"/>
    <w:rsid w:val="7876011F"/>
    <w:rsid w:val="7C81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62061"/>
  <w14:defaultImageDpi w14:val="300"/>
  <w15:docId w15:val="{00EC5605-4FD4-4A53-BF1E-46AD838AA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C56"/>
    <w:pPr>
      <w:jc w:val="both"/>
    </w:pPr>
    <w:rPr>
      <w:rFonts w:ascii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6ECF"/>
    <w:pPr>
      <w:keepNext/>
      <w:keepLines/>
      <w:numPr>
        <w:numId w:val="15"/>
      </w:numPr>
      <w:spacing w:before="480" w:after="0"/>
      <w:outlineLvl w:val="0"/>
    </w:pPr>
    <w:rPr>
      <w:rFonts w:eastAsiaTheme="majorEastAsia" w:cs="Arial"/>
      <w:b/>
      <w:bCs/>
      <w:caps/>
      <w:color w:val="114166"/>
      <w:sz w:val="26"/>
      <w:szCs w:val="28"/>
      <w:lang w:val="en-GB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53441A"/>
    <w:pPr>
      <w:numPr>
        <w:ilvl w:val="1"/>
        <w:numId w:val="15"/>
      </w:numPr>
      <w:outlineLvl w:val="1"/>
    </w:pPr>
    <w:rPr>
      <w:rFonts w:cs="Arial"/>
      <w:i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36ECF"/>
    <w:rPr>
      <w:rFonts w:ascii="Arial" w:eastAsiaTheme="majorEastAsia" w:hAnsi="Arial" w:cs="Arial"/>
      <w:b/>
      <w:bCs/>
      <w:caps/>
      <w:color w:val="114166"/>
      <w:sz w:val="26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53441A"/>
    <w:rPr>
      <w:rFonts w:ascii="Arial" w:hAnsi="Arial" w:cs="Arial"/>
      <w:i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aliases w:val="Bullet,Bullet List,FooterText,List Paragraph1,Dot pt,F5 List Paragraph,List Paragraph Char Char Char,Indicator Text,Colorful List - Accent 11,Numbered Para 1,Bullet 1,Bullet Points,List Paragraph2,MAIN CONTENT,Normal numbered,No Spacing1"/>
    <w:basedOn w:val="Normal"/>
    <w:link w:val="ListParagraphChar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C73B8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unhideWhenUsed/>
    <w:rsid w:val="009C73B8"/>
    <w:pPr>
      <w:spacing w:line="240" w:lineRule="auto"/>
    </w:pPr>
    <w:rPr>
      <w:rFonts w:ascii="Calibri" w:hAnsi="Calibri"/>
    </w:rPr>
  </w:style>
  <w:style w:type="character" w:customStyle="1" w:styleId="CommentTextChar">
    <w:name w:val="Comment Text Char"/>
    <w:basedOn w:val="DefaultParagraphFont"/>
    <w:link w:val="CommentText1"/>
    <w:uiPriority w:val="99"/>
    <w:rsid w:val="009C73B8"/>
    <w:rPr>
      <w:rFonts w:ascii="Calibri" w:hAnsi="Calibri" w:cs="Times New Roman"/>
      <w:sz w:val="20"/>
      <w:szCs w:val="20"/>
      <w:lang w:val="ro"/>
    </w:rPr>
  </w:style>
  <w:style w:type="paragraph" w:styleId="CommentText">
    <w:name w:val="annotation text"/>
    <w:basedOn w:val="Normal"/>
    <w:link w:val="CommentTextChar1"/>
    <w:uiPriority w:val="99"/>
    <w:unhideWhenUsed/>
    <w:rsid w:val="009C73B8"/>
    <w:pPr>
      <w:spacing w:line="240" w:lineRule="auto"/>
    </w:pPr>
  </w:style>
  <w:style w:type="character" w:customStyle="1" w:styleId="CommentTextChar1">
    <w:name w:val="Comment Text Char1"/>
    <w:basedOn w:val="DefaultParagraphFont"/>
    <w:link w:val="CommentText"/>
    <w:uiPriority w:val="99"/>
    <w:rsid w:val="009C73B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D0F"/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E47D0F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2F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2F09"/>
    <w:rPr>
      <w:color w:val="605E5C"/>
      <w:shd w:val="clear" w:color="auto" w:fill="E1DFDD"/>
    </w:rPr>
  </w:style>
  <w:style w:type="paragraph" w:styleId="FootnoteText">
    <w:name w:val="footnote text"/>
    <w:aliases w:val="Schriftart: 9 pt,Schriftart: 10 pt,Schriftart: 8 pt,WB-Fußnotentext,FoodNote,ft,Footnote,Footnote Text Char Char,Footnote Text Char1 Char Char,Footnote Text Char Char Char Char,fn,f,Voetnoottekst Char,Footnote Text Char1 Cha"/>
    <w:basedOn w:val="Normal"/>
    <w:link w:val="FootnoteTextChar1"/>
    <w:autoRedefine/>
    <w:uiPriority w:val="99"/>
    <w:qFormat/>
    <w:rsid w:val="00A05EC5"/>
    <w:pPr>
      <w:widowControl w:val="0"/>
      <w:tabs>
        <w:tab w:val="left" w:pos="284"/>
      </w:tabs>
      <w:spacing w:after="0" w:line="240" w:lineRule="auto"/>
      <w:ind w:left="142" w:hanging="142"/>
    </w:pPr>
    <w:rPr>
      <w:rFonts w:eastAsia="Calibri"/>
      <w:lang w:val="en-GB"/>
    </w:rPr>
  </w:style>
  <w:style w:type="character" w:customStyle="1" w:styleId="FootnoteTextChar">
    <w:name w:val="Footnote Text Char"/>
    <w:basedOn w:val="DefaultParagraphFont"/>
    <w:uiPriority w:val="99"/>
    <w:semiHidden/>
    <w:rsid w:val="00A05EC5"/>
    <w:rPr>
      <w:rFonts w:ascii="Arial" w:hAnsi="Arial"/>
      <w:sz w:val="20"/>
      <w:szCs w:val="20"/>
    </w:rPr>
  </w:style>
  <w:style w:type="character" w:styleId="FootnoteReference">
    <w:name w:val="footnote reference"/>
    <w:aliases w:val="Footnote symbol,Times 10 Point,Exposant 3 Point, Exposant 3 Point,Footnote number,Footnote Reference Number,Footnote reference number,Footnote Reference Superscript,EN Footnote Reference,note TESI,Voetnootverwijzing,fr,o,FR,FR1,note T"/>
    <w:link w:val="Char2"/>
    <w:uiPriority w:val="99"/>
    <w:qFormat/>
    <w:rsid w:val="00A05EC5"/>
    <w:rPr>
      <w:rFonts w:ascii="Times New Roman" w:hAnsi="Times New Roman"/>
      <w:szCs w:val="16"/>
      <w:vertAlign w:val="superscript"/>
      <w:lang w:val="en-US"/>
    </w:rPr>
  </w:style>
  <w:style w:type="paragraph" w:customStyle="1" w:styleId="Char2">
    <w:name w:val="Char2"/>
    <w:basedOn w:val="Normal"/>
    <w:link w:val="FootnoteReference"/>
    <w:uiPriority w:val="99"/>
    <w:rsid w:val="00A05EC5"/>
    <w:pPr>
      <w:spacing w:after="160" w:line="240" w:lineRule="exact"/>
    </w:pPr>
    <w:rPr>
      <w:sz w:val="22"/>
      <w:szCs w:val="16"/>
      <w:vertAlign w:val="superscript"/>
      <w:lang w:val="en-US"/>
    </w:rPr>
  </w:style>
  <w:style w:type="character" w:customStyle="1" w:styleId="FootnoteTextChar1">
    <w:name w:val="Footnote Text Char1"/>
    <w:aliases w:val="Schriftart: 9 pt Char,Schriftart: 10 pt Char,Schriftart: 8 pt Char,WB-Fußnotentext Char,FoodNote Char,ft Char,Footnote Char,Footnote Text Char Char Char,Footnote Text Char1 Char Char Char,Footnote Text Char Char Char Char Char,f Char"/>
    <w:link w:val="FootnoteText"/>
    <w:uiPriority w:val="99"/>
    <w:rsid w:val="00A05EC5"/>
    <w:rPr>
      <w:rFonts w:ascii="Times New Roman" w:eastAsia="Calibri" w:hAnsi="Times New Roman" w:cs="Times New Roman"/>
      <w:sz w:val="20"/>
      <w:szCs w:val="20"/>
      <w:lang w:val="en-GB"/>
    </w:rPr>
  </w:style>
  <w:style w:type="character" w:customStyle="1" w:styleId="ListParagraphChar">
    <w:name w:val="List Paragraph Char"/>
    <w:aliases w:val="Bullet Char,Bullet List Char,FooterText Char,List Paragraph1 Char,Dot pt Char,F5 List Paragraph Char,List Paragraph Char Char Char Char,Indicator Text Char,Colorful List - Accent 11 Char,Numbered Para 1 Char,Bullet 1 Char"/>
    <w:link w:val="ListParagraph"/>
    <w:uiPriority w:val="34"/>
    <w:qFormat/>
    <w:rsid w:val="00C3712F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ListParagraph"/>
    <w:qFormat/>
    <w:rsid w:val="00C3712F"/>
    <w:pPr>
      <w:shd w:val="clear" w:color="auto" w:fill="FFFFFF"/>
      <w:tabs>
        <w:tab w:val="left" w:pos="1134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800" w:hanging="360"/>
      <w:contextualSpacing w:val="0"/>
    </w:pPr>
    <w:rPr>
      <w:rFonts w:eastAsiaTheme="minorHAnsi"/>
      <w:sz w:val="22"/>
      <w:szCs w:val="22"/>
      <w:lang w:val="en-US"/>
    </w:rPr>
  </w:style>
  <w:style w:type="paragraph" w:styleId="Revision">
    <w:name w:val="Revision"/>
    <w:hidden/>
    <w:uiPriority w:val="99"/>
    <w:semiHidden/>
    <w:rsid w:val="00697367"/>
    <w:pPr>
      <w:spacing w:after="0" w:line="240" w:lineRule="auto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134F07DA3D164582D088AEE8198295" ma:contentTypeVersion="9" ma:contentTypeDescription="Creați un document nou." ma:contentTypeScope="" ma:versionID="bf66fb7447ff340f470a0c9074509af7">
  <xsd:schema xmlns:xsd="http://www.w3.org/2001/XMLSchema" xmlns:xs="http://www.w3.org/2001/XMLSchema" xmlns:p="http://schemas.microsoft.com/office/2006/metadata/properties" xmlns:ns2="19eccdda-cd73-4d46-8ac4-8b3fa247573b" targetNamespace="http://schemas.microsoft.com/office/2006/metadata/properties" ma:root="true" ma:fieldsID="03e2bb0763479bc0ce7becde1cf666a9" ns2:_="">
    <xsd:import namespace="19eccdda-cd73-4d46-8ac4-8b3fa24757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ccdda-cd73-4d46-8ac4-8b3fa24757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chete imagine" ma:readOnly="false" ma:fieldId="{5cf76f15-5ced-4ddc-b409-7134ff3c332f}" ma:taxonomyMulti="true" ma:sspId="659dcba0-0479-499c-81c4-805516071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eccdda-cd73-4d46-8ac4-8b3fa247573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08E2DF-EA69-47E6-A3EF-42F5EED773B6}"/>
</file>

<file path=customXml/itemProps3.xml><?xml version="1.0" encoding="utf-8"?>
<ds:datastoreItem xmlns:ds="http://schemas.openxmlformats.org/officeDocument/2006/customXml" ds:itemID="{E8E6833C-9E6C-41DD-A69F-646DA38C7F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780261-9843-4ACC-A431-5A08BD311F0C}">
  <ds:schemaRefs>
    <ds:schemaRef ds:uri="http://schemas.microsoft.com/office/2006/metadata/properties"/>
    <ds:schemaRef ds:uri="http://schemas.microsoft.com/office/infopath/2007/PartnerControls"/>
    <ds:schemaRef ds:uri="5e90b0ac-6d12-4f4a-abe5-27c04123d68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1075</Words>
  <Characters>6133</Characters>
  <Application>Microsoft Office Word</Application>
  <DocSecurity>4</DocSecurity>
  <Lines>51</Lines>
  <Paragraphs>14</Paragraphs>
  <ScaleCrop>false</ScaleCrop>
  <Manager/>
  <Company/>
  <LinksUpToDate>false</LinksUpToDate>
  <CharactersWithSpaces>7194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Prasolov, Ana</cp:lastModifiedBy>
  <cp:revision>252</cp:revision>
  <dcterms:created xsi:type="dcterms:W3CDTF">2026-05-16T17:43:00Z</dcterms:created>
  <dcterms:modified xsi:type="dcterms:W3CDTF">2026-06-29T14:15:00Z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0x01010032134F07DA3D164582D088AEE8198295</vt:lpwstr>
  </property>
  <property fmtid="{D5CDD505-2E9C-101B-9397-08002B2CF9AE}" pid="3" name="MediaServiceImageTags">
    <vt:lpwstr/>
  </property>
</Properties>
</file>